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7A88C30" w14:textId="4C2BCBCF" w:rsidR="000767C0" w:rsidRPr="00961710" w:rsidRDefault="000767C0" w:rsidP="007054ED">
      <w:pPr>
        <w:spacing w:after="0" w:line="240" w:lineRule="auto"/>
        <w:rPr>
          <w:rFonts w:cs="Arial"/>
          <w:b/>
          <w:bCs/>
          <w:color w:val="000000" w:themeColor="text1"/>
          <w:u w:val="single"/>
        </w:rPr>
      </w:pPr>
    </w:p>
    <w:p w14:paraId="0816D0A7" w14:textId="77777777" w:rsidR="000767C0" w:rsidRPr="008E4EBA" w:rsidRDefault="000767C0" w:rsidP="000767C0">
      <w:pPr>
        <w:jc w:val="center"/>
        <w:rPr>
          <w:rFonts w:cs="Arial"/>
          <w:b/>
          <w:color w:val="000000" w:themeColor="text1"/>
          <w:sz w:val="28"/>
        </w:rPr>
      </w:pPr>
      <w:r w:rsidRPr="008E4EBA">
        <w:rPr>
          <w:rFonts w:cs="Arial"/>
          <w:b/>
          <w:color w:val="000000" w:themeColor="text1"/>
          <w:sz w:val="28"/>
        </w:rPr>
        <w:t>SURAT LAMARAN PEKERJAAN</w:t>
      </w:r>
    </w:p>
    <w:p w14:paraId="6E4F4785" w14:textId="77777777" w:rsidR="000767C0" w:rsidRPr="008E4EBA" w:rsidRDefault="000767C0" w:rsidP="000767C0">
      <w:pPr>
        <w:jc w:val="center"/>
        <w:rPr>
          <w:rFonts w:cs="Arial"/>
          <w:b/>
          <w:color w:val="000000" w:themeColor="text1"/>
          <w:sz w:val="28"/>
        </w:rPr>
      </w:pPr>
    </w:p>
    <w:p w14:paraId="7277A3A3" w14:textId="77777777" w:rsidR="000767C0" w:rsidRPr="008E4EBA" w:rsidRDefault="000767C0" w:rsidP="000767C0">
      <w:pPr>
        <w:jc w:val="center"/>
        <w:rPr>
          <w:rFonts w:cs="Arial"/>
          <w:b/>
          <w:color w:val="000000" w:themeColor="text1"/>
          <w:sz w:val="28"/>
        </w:rPr>
      </w:pPr>
    </w:p>
    <w:p w14:paraId="72CD9AD3" w14:textId="77777777" w:rsidR="000767C0" w:rsidRPr="008E4EBA" w:rsidRDefault="000767C0" w:rsidP="000767C0">
      <w:pPr>
        <w:jc w:val="center"/>
        <w:rPr>
          <w:rFonts w:cs="Arial"/>
          <w:color w:val="000000" w:themeColor="text1"/>
        </w:rPr>
      </w:pPr>
    </w:p>
    <w:p w14:paraId="54B97F2C" w14:textId="4EF37412" w:rsidR="000767C0" w:rsidRPr="008E4EBA" w:rsidRDefault="000767C0" w:rsidP="000767C0">
      <w:pPr>
        <w:rPr>
          <w:rFonts w:cs="Arial"/>
          <w:color w:val="000000" w:themeColor="text1"/>
          <w:sz w:val="20"/>
        </w:rPr>
      </w:pPr>
      <w:r w:rsidRPr="008E4EBA">
        <w:rPr>
          <w:rFonts w:cs="Arial"/>
          <w:color w:val="000000" w:themeColor="text1"/>
        </w:rPr>
        <w:t>[</w:t>
      </w:r>
      <w:proofErr w:type="spellStart"/>
      <w:r w:rsidRPr="008E4EBA">
        <w:rPr>
          <w:rFonts w:cs="Arial"/>
          <w:color w:val="000000" w:themeColor="text1"/>
        </w:rPr>
        <w:t>Tempat</w:t>
      </w:r>
      <w:proofErr w:type="spellEnd"/>
      <w:r w:rsidRPr="008E4EBA">
        <w:rPr>
          <w:rFonts w:cs="Arial"/>
          <w:color w:val="000000" w:themeColor="text1"/>
        </w:rPr>
        <w:t>], [</w:t>
      </w:r>
      <w:proofErr w:type="spellStart"/>
      <w:r w:rsidRPr="008E4EBA">
        <w:rPr>
          <w:rFonts w:cs="Arial"/>
          <w:color w:val="000000" w:themeColor="text1"/>
        </w:rPr>
        <w:t>Tanggal</w:t>
      </w:r>
      <w:proofErr w:type="spellEnd"/>
      <w:r w:rsidRPr="008E4EBA">
        <w:rPr>
          <w:rFonts w:cs="Arial"/>
          <w:color w:val="000000" w:themeColor="text1"/>
        </w:rPr>
        <w:t xml:space="preserve"> Bulan </w:t>
      </w:r>
      <w:proofErr w:type="spellStart"/>
      <w:r w:rsidRPr="008E4EBA">
        <w:rPr>
          <w:rFonts w:cs="Arial"/>
          <w:color w:val="000000" w:themeColor="text1"/>
        </w:rPr>
        <w:t>Tahun</w:t>
      </w:r>
      <w:proofErr w:type="spellEnd"/>
      <w:r w:rsidRPr="008E4EBA">
        <w:rPr>
          <w:rFonts w:cs="Arial"/>
          <w:color w:val="000000" w:themeColor="text1"/>
        </w:rPr>
        <w:t>]</w:t>
      </w:r>
      <w:r w:rsidRPr="008E4EBA">
        <w:rPr>
          <w:rFonts w:cs="Arial"/>
          <w:color w:val="000000" w:themeColor="text1"/>
        </w:rPr>
        <w:br/>
      </w:r>
      <w:r w:rsidRPr="008E4EBA">
        <w:rPr>
          <w:rFonts w:cs="Arial"/>
          <w:color w:val="000000" w:themeColor="text1"/>
        </w:rPr>
        <w:br/>
      </w:r>
      <w:proofErr w:type="spellStart"/>
      <w:r w:rsidRPr="008E4EBA">
        <w:rPr>
          <w:rFonts w:cs="Arial"/>
          <w:color w:val="000000" w:themeColor="text1"/>
        </w:rPr>
        <w:t>Kepada</w:t>
      </w:r>
      <w:proofErr w:type="spellEnd"/>
      <w:r w:rsidRPr="008E4EBA">
        <w:rPr>
          <w:rFonts w:cs="Arial"/>
          <w:color w:val="000000" w:themeColor="text1"/>
        </w:rPr>
        <w:t xml:space="preserve"> </w:t>
      </w:r>
      <w:proofErr w:type="spellStart"/>
      <w:r w:rsidRPr="008E4EBA">
        <w:rPr>
          <w:rFonts w:cs="Arial"/>
          <w:color w:val="000000" w:themeColor="text1"/>
        </w:rPr>
        <w:t>Yth</w:t>
      </w:r>
      <w:proofErr w:type="spellEnd"/>
      <w:r w:rsidRPr="008E4EBA">
        <w:rPr>
          <w:rFonts w:cs="Arial"/>
          <w:color w:val="000000" w:themeColor="text1"/>
        </w:rPr>
        <w:t>.</w:t>
      </w:r>
      <w:r w:rsidRPr="008E4EBA">
        <w:rPr>
          <w:rFonts w:cs="Arial"/>
          <w:color w:val="000000" w:themeColor="text1"/>
        </w:rPr>
        <w:br/>
      </w:r>
      <w:proofErr w:type="spellStart"/>
      <w:r>
        <w:rPr>
          <w:rFonts w:cs="Arial"/>
          <w:color w:val="000000" w:themeColor="text1"/>
        </w:rPr>
        <w:t>Kepala</w:t>
      </w:r>
      <w:proofErr w:type="spellEnd"/>
      <w:r>
        <w:rPr>
          <w:rFonts w:cs="Arial"/>
          <w:color w:val="000000" w:themeColor="text1"/>
        </w:rPr>
        <w:t xml:space="preserve"> </w:t>
      </w:r>
      <w:proofErr w:type="spellStart"/>
      <w:r>
        <w:rPr>
          <w:rFonts w:cs="Arial"/>
          <w:color w:val="000000" w:themeColor="text1"/>
        </w:rPr>
        <w:t>Puskesma</w:t>
      </w:r>
      <w:r w:rsidR="00BC2851">
        <w:rPr>
          <w:rFonts w:cs="Arial"/>
          <w:color w:val="000000" w:themeColor="text1"/>
        </w:rPr>
        <w:t>s</w:t>
      </w:r>
      <w:proofErr w:type="spellEnd"/>
      <w:r w:rsidR="00BC2851">
        <w:rPr>
          <w:rFonts w:cs="Arial"/>
          <w:color w:val="000000" w:themeColor="text1"/>
        </w:rPr>
        <w:t xml:space="preserve"> Paron</w:t>
      </w:r>
    </w:p>
    <w:p w14:paraId="6B5091D3" w14:textId="77777777" w:rsidR="000767C0" w:rsidRPr="008E4EBA" w:rsidRDefault="000767C0" w:rsidP="000767C0">
      <w:pPr>
        <w:rPr>
          <w:rFonts w:cs="Arial"/>
          <w:color w:val="000000" w:themeColor="text1"/>
        </w:rPr>
      </w:pPr>
      <w:r w:rsidRPr="008E4EBA">
        <w:rPr>
          <w:rFonts w:cs="Arial"/>
          <w:color w:val="000000" w:themeColor="text1"/>
        </w:rPr>
        <w:t>di –</w:t>
      </w:r>
      <w:r w:rsidRPr="008E4EBA">
        <w:rPr>
          <w:rFonts w:cs="Arial"/>
          <w:color w:val="000000" w:themeColor="text1"/>
        </w:rPr>
        <w:br/>
      </w:r>
      <w:proofErr w:type="spellStart"/>
      <w:r w:rsidRPr="008E4EBA">
        <w:rPr>
          <w:rFonts w:cs="Arial"/>
          <w:color w:val="000000" w:themeColor="text1"/>
        </w:rPr>
        <w:t>Tempat</w:t>
      </w:r>
      <w:proofErr w:type="spellEnd"/>
    </w:p>
    <w:p w14:paraId="0CF73980" w14:textId="77777777" w:rsidR="000767C0" w:rsidRPr="008E4EBA" w:rsidRDefault="000767C0" w:rsidP="000767C0">
      <w:pPr>
        <w:rPr>
          <w:rFonts w:cs="Arial"/>
          <w:color w:val="000000" w:themeColor="text1"/>
        </w:rPr>
      </w:pPr>
    </w:p>
    <w:p w14:paraId="0365A212" w14:textId="77777777" w:rsidR="000767C0" w:rsidRPr="008E4EBA" w:rsidRDefault="000767C0" w:rsidP="000767C0">
      <w:pPr>
        <w:rPr>
          <w:rFonts w:cs="Arial"/>
          <w:color w:val="000000" w:themeColor="text1"/>
        </w:rPr>
      </w:pPr>
      <w:r w:rsidRPr="008E4EBA">
        <w:rPr>
          <w:rFonts w:cs="Arial"/>
          <w:color w:val="000000" w:themeColor="text1"/>
        </w:rPr>
        <w:t xml:space="preserve">Dengan </w:t>
      </w:r>
      <w:proofErr w:type="spellStart"/>
      <w:r w:rsidRPr="008E4EBA">
        <w:rPr>
          <w:rFonts w:cs="Arial"/>
          <w:color w:val="000000" w:themeColor="text1"/>
        </w:rPr>
        <w:t>hormat</w:t>
      </w:r>
      <w:proofErr w:type="spellEnd"/>
      <w:r w:rsidRPr="008E4EBA">
        <w:rPr>
          <w:rFonts w:cs="Arial"/>
          <w:color w:val="000000" w:themeColor="text1"/>
        </w:rPr>
        <w:t>,</w:t>
      </w:r>
    </w:p>
    <w:p w14:paraId="6D073359" w14:textId="3F8B3367" w:rsidR="000767C0" w:rsidRPr="008E4EBA" w:rsidRDefault="000767C0" w:rsidP="000767C0">
      <w:pPr>
        <w:jc w:val="both"/>
        <w:rPr>
          <w:rFonts w:cs="Arial"/>
          <w:color w:val="000000" w:themeColor="text1"/>
        </w:rPr>
      </w:pPr>
      <w:proofErr w:type="spellStart"/>
      <w:r w:rsidRPr="008E4EBA">
        <w:rPr>
          <w:rFonts w:cs="Arial"/>
          <w:color w:val="000000" w:themeColor="text1"/>
        </w:rPr>
        <w:t>Sehubungan</w:t>
      </w:r>
      <w:proofErr w:type="spellEnd"/>
      <w:r w:rsidRPr="008E4EBA">
        <w:rPr>
          <w:rFonts w:cs="Arial"/>
          <w:color w:val="000000" w:themeColor="text1"/>
        </w:rPr>
        <w:t xml:space="preserve"> </w:t>
      </w:r>
      <w:proofErr w:type="spellStart"/>
      <w:r w:rsidRPr="008E4EBA">
        <w:rPr>
          <w:rFonts w:cs="Arial"/>
          <w:color w:val="000000" w:themeColor="text1"/>
        </w:rPr>
        <w:t>dengan</w:t>
      </w:r>
      <w:proofErr w:type="spellEnd"/>
      <w:r w:rsidRPr="008E4EBA">
        <w:rPr>
          <w:rFonts w:cs="Arial"/>
          <w:color w:val="000000" w:themeColor="text1"/>
        </w:rPr>
        <w:t xml:space="preserve"> </w:t>
      </w:r>
      <w:proofErr w:type="spellStart"/>
      <w:r w:rsidRPr="008E4EBA">
        <w:rPr>
          <w:rFonts w:cs="Arial"/>
          <w:color w:val="000000" w:themeColor="text1"/>
        </w:rPr>
        <w:t>pengumuman</w:t>
      </w:r>
      <w:proofErr w:type="spellEnd"/>
      <w:r w:rsidRPr="008E4EBA">
        <w:rPr>
          <w:rFonts w:cs="Arial"/>
          <w:color w:val="000000" w:themeColor="text1"/>
        </w:rPr>
        <w:t xml:space="preserve"> </w:t>
      </w:r>
      <w:proofErr w:type="spellStart"/>
      <w:r w:rsidRPr="008E4EBA">
        <w:rPr>
          <w:rFonts w:cs="Arial"/>
          <w:color w:val="000000" w:themeColor="text1"/>
        </w:rPr>
        <w:t>pengadaan</w:t>
      </w:r>
      <w:proofErr w:type="spellEnd"/>
      <w:r w:rsidRPr="008E4EBA">
        <w:rPr>
          <w:rFonts w:cs="Arial"/>
          <w:color w:val="000000" w:themeColor="text1"/>
        </w:rPr>
        <w:t xml:space="preserve"> Tenaga BLUD N</w:t>
      </w:r>
      <w:r w:rsidR="003C6675">
        <w:rPr>
          <w:rFonts w:cs="Arial"/>
          <w:color w:val="000000" w:themeColor="text1"/>
        </w:rPr>
        <w:t>on-</w:t>
      </w:r>
      <w:r w:rsidRPr="008E4EBA">
        <w:rPr>
          <w:rFonts w:cs="Arial"/>
          <w:color w:val="000000" w:themeColor="text1"/>
        </w:rPr>
        <w:t xml:space="preserve">ASN pada  </w:t>
      </w:r>
      <w:proofErr w:type="spellStart"/>
      <w:r w:rsidR="00BC2851">
        <w:rPr>
          <w:rFonts w:cs="Arial"/>
          <w:color w:val="000000" w:themeColor="text1"/>
        </w:rPr>
        <w:t>Puskesmas</w:t>
      </w:r>
      <w:proofErr w:type="spellEnd"/>
      <w:r w:rsidR="00BC2851">
        <w:rPr>
          <w:rFonts w:cs="Arial"/>
          <w:color w:val="000000" w:themeColor="text1"/>
        </w:rPr>
        <w:t xml:space="preserve"> Paron</w:t>
      </w:r>
      <w:r w:rsidRPr="008E4EBA">
        <w:rPr>
          <w:rFonts w:cs="Arial"/>
          <w:color w:val="000000" w:themeColor="text1"/>
        </w:rPr>
        <w:t xml:space="preserve"> </w:t>
      </w:r>
      <w:proofErr w:type="spellStart"/>
      <w:r w:rsidRPr="008E4EBA">
        <w:rPr>
          <w:rFonts w:cs="Arial"/>
          <w:color w:val="000000" w:themeColor="text1"/>
        </w:rPr>
        <w:t>Tahun</w:t>
      </w:r>
      <w:proofErr w:type="spellEnd"/>
      <w:r w:rsidRPr="008E4EBA">
        <w:rPr>
          <w:rFonts w:cs="Arial"/>
          <w:color w:val="000000" w:themeColor="text1"/>
        </w:rPr>
        <w:t xml:space="preserve"> 2026, </w:t>
      </w:r>
      <w:proofErr w:type="spellStart"/>
      <w:r w:rsidRPr="008E4EBA">
        <w:rPr>
          <w:rFonts w:cs="Arial"/>
          <w:color w:val="000000" w:themeColor="text1"/>
        </w:rPr>
        <w:t>dengan</w:t>
      </w:r>
      <w:proofErr w:type="spellEnd"/>
      <w:r w:rsidRPr="008E4EBA">
        <w:rPr>
          <w:rFonts w:cs="Arial"/>
          <w:color w:val="000000" w:themeColor="text1"/>
        </w:rPr>
        <w:t xml:space="preserve"> </w:t>
      </w:r>
      <w:proofErr w:type="spellStart"/>
      <w:r w:rsidRPr="008E4EBA">
        <w:rPr>
          <w:rFonts w:cs="Arial"/>
          <w:color w:val="000000" w:themeColor="text1"/>
        </w:rPr>
        <w:t>ini</w:t>
      </w:r>
      <w:proofErr w:type="spellEnd"/>
      <w:r w:rsidRPr="008E4EBA">
        <w:rPr>
          <w:rFonts w:cs="Arial"/>
          <w:color w:val="000000" w:themeColor="text1"/>
        </w:rPr>
        <w:t xml:space="preserve"> </w:t>
      </w:r>
      <w:proofErr w:type="spellStart"/>
      <w:r w:rsidRPr="008E4EBA">
        <w:rPr>
          <w:rFonts w:cs="Arial"/>
          <w:color w:val="000000" w:themeColor="text1"/>
        </w:rPr>
        <w:t>saya</w:t>
      </w:r>
      <w:proofErr w:type="spellEnd"/>
      <w:r w:rsidRPr="008E4EBA">
        <w:rPr>
          <w:rFonts w:cs="Arial"/>
          <w:color w:val="000000" w:themeColor="text1"/>
        </w:rPr>
        <w:t xml:space="preserve"> yang </w:t>
      </w:r>
      <w:proofErr w:type="spellStart"/>
      <w:r w:rsidRPr="008E4EBA">
        <w:rPr>
          <w:rFonts w:cs="Arial"/>
          <w:color w:val="000000" w:themeColor="text1"/>
        </w:rPr>
        <w:t>bertanda</w:t>
      </w:r>
      <w:proofErr w:type="spellEnd"/>
      <w:r w:rsidRPr="008E4EBA">
        <w:rPr>
          <w:rFonts w:cs="Arial"/>
          <w:color w:val="000000" w:themeColor="text1"/>
        </w:rPr>
        <w:t xml:space="preserve"> </w:t>
      </w:r>
      <w:proofErr w:type="spellStart"/>
      <w:r w:rsidRPr="008E4EBA">
        <w:rPr>
          <w:rFonts w:cs="Arial"/>
          <w:color w:val="000000" w:themeColor="text1"/>
        </w:rPr>
        <w:t>tangan</w:t>
      </w:r>
      <w:proofErr w:type="spellEnd"/>
      <w:r w:rsidRPr="008E4EBA">
        <w:rPr>
          <w:rFonts w:cs="Arial"/>
          <w:color w:val="000000" w:themeColor="text1"/>
        </w:rPr>
        <w:t xml:space="preserve"> di </w:t>
      </w:r>
      <w:proofErr w:type="spellStart"/>
      <w:r w:rsidRPr="008E4EBA">
        <w:rPr>
          <w:rFonts w:cs="Arial"/>
          <w:color w:val="000000" w:themeColor="text1"/>
        </w:rPr>
        <w:t>bawah</w:t>
      </w:r>
      <w:proofErr w:type="spellEnd"/>
      <w:r w:rsidRPr="008E4EBA">
        <w:rPr>
          <w:rFonts w:cs="Arial"/>
          <w:color w:val="000000" w:themeColor="text1"/>
        </w:rPr>
        <w:t xml:space="preserve"> </w:t>
      </w:r>
      <w:proofErr w:type="spellStart"/>
      <w:r w:rsidRPr="008E4EBA">
        <w:rPr>
          <w:rFonts w:cs="Arial"/>
          <w:color w:val="000000" w:themeColor="text1"/>
        </w:rPr>
        <w:t>ini</w:t>
      </w:r>
      <w:proofErr w:type="spellEnd"/>
      <w:r>
        <w:rPr>
          <w:rFonts w:cs="Arial"/>
          <w:color w:val="000000" w:themeColor="text1"/>
        </w:rPr>
        <w:t xml:space="preserve"> </w:t>
      </w:r>
      <w:r w:rsidRPr="008E4EBA">
        <w:rPr>
          <w:rFonts w:cs="Arial"/>
          <w:color w:val="000000" w:themeColor="text1"/>
        </w:rPr>
        <w:t>:</w:t>
      </w:r>
    </w:p>
    <w:p w14:paraId="4849E0FB" w14:textId="77777777" w:rsidR="000767C0" w:rsidRPr="008E4EBA" w:rsidRDefault="000767C0" w:rsidP="000767C0">
      <w:pPr>
        <w:jc w:val="both"/>
        <w:rPr>
          <w:rFonts w:cs="Arial"/>
          <w:color w:val="000000" w:themeColor="text1"/>
        </w:rPr>
      </w:pPr>
      <w:r w:rsidRPr="008E4EBA">
        <w:rPr>
          <w:rFonts w:cs="Arial"/>
          <w:color w:val="000000" w:themeColor="text1"/>
        </w:rPr>
        <w:t>Nama</w:t>
      </w:r>
      <w:r w:rsidRPr="008E4EBA">
        <w:rPr>
          <w:rFonts w:cs="Arial"/>
          <w:color w:val="000000" w:themeColor="text1"/>
        </w:rPr>
        <w:tab/>
      </w:r>
      <w:r w:rsidRPr="008E4EBA">
        <w:rPr>
          <w:rFonts w:cs="Arial"/>
          <w:color w:val="000000" w:themeColor="text1"/>
        </w:rPr>
        <w:tab/>
      </w:r>
      <w:r w:rsidRPr="008E4EBA">
        <w:rPr>
          <w:rFonts w:cs="Arial"/>
          <w:color w:val="000000" w:themeColor="text1"/>
        </w:rPr>
        <w:tab/>
      </w:r>
      <w:r>
        <w:rPr>
          <w:rFonts w:cs="Arial"/>
          <w:color w:val="000000" w:themeColor="text1"/>
        </w:rPr>
        <w:t xml:space="preserve">           </w:t>
      </w:r>
      <w:r w:rsidRPr="008E4EBA">
        <w:rPr>
          <w:rFonts w:cs="Arial"/>
          <w:color w:val="000000" w:themeColor="text1"/>
        </w:rPr>
        <w:t>: ........................................................</w:t>
      </w:r>
    </w:p>
    <w:p w14:paraId="5548DC91" w14:textId="77777777" w:rsidR="000767C0" w:rsidRPr="008E4EBA" w:rsidRDefault="000767C0" w:rsidP="000767C0">
      <w:pPr>
        <w:jc w:val="both"/>
        <w:rPr>
          <w:rFonts w:cs="Arial"/>
          <w:color w:val="000000" w:themeColor="text1"/>
        </w:rPr>
      </w:pPr>
      <w:proofErr w:type="spellStart"/>
      <w:r w:rsidRPr="008E4EBA">
        <w:rPr>
          <w:rFonts w:cs="Arial"/>
          <w:color w:val="000000" w:themeColor="text1"/>
        </w:rPr>
        <w:t>Tempat</w:t>
      </w:r>
      <w:proofErr w:type="spellEnd"/>
      <w:r w:rsidRPr="008E4EBA">
        <w:rPr>
          <w:rFonts w:cs="Arial"/>
          <w:color w:val="000000" w:themeColor="text1"/>
        </w:rPr>
        <w:t xml:space="preserve">, </w:t>
      </w:r>
      <w:proofErr w:type="spellStart"/>
      <w:r w:rsidRPr="008E4EBA">
        <w:rPr>
          <w:rFonts w:cs="Arial"/>
          <w:color w:val="000000" w:themeColor="text1"/>
        </w:rPr>
        <w:t>Tanggal</w:t>
      </w:r>
      <w:proofErr w:type="spellEnd"/>
      <w:r w:rsidRPr="008E4EBA">
        <w:rPr>
          <w:rFonts w:cs="Arial"/>
          <w:color w:val="000000" w:themeColor="text1"/>
        </w:rPr>
        <w:t xml:space="preserve"> Lahir</w:t>
      </w:r>
      <w:r w:rsidRPr="008E4EBA">
        <w:rPr>
          <w:rFonts w:cs="Arial"/>
          <w:color w:val="000000" w:themeColor="text1"/>
        </w:rPr>
        <w:tab/>
        <w:t>: ........................................................</w:t>
      </w:r>
    </w:p>
    <w:p w14:paraId="67428948" w14:textId="77777777" w:rsidR="000767C0" w:rsidRPr="008E4EBA" w:rsidRDefault="000767C0" w:rsidP="000767C0">
      <w:pPr>
        <w:jc w:val="both"/>
        <w:rPr>
          <w:rFonts w:cs="Arial"/>
          <w:color w:val="000000" w:themeColor="text1"/>
        </w:rPr>
      </w:pPr>
      <w:r w:rsidRPr="008E4EBA">
        <w:rPr>
          <w:rFonts w:cs="Arial"/>
          <w:color w:val="000000" w:themeColor="text1"/>
        </w:rPr>
        <w:t xml:space="preserve">Pendidikan </w:t>
      </w:r>
      <w:proofErr w:type="spellStart"/>
      <w:r w:rsidRPr="008E4EBA">
        <w:rPr>
          <w:rFonts w:cs="Arial"/>
          <w:color w:val="000000" w:themeColor="text1"/>
        </w:rPr>
        <w:t>Terakhir</w:t>
      </w:r>
      <w:proofErr w:type="spellEnd"/>
      <w:r>
        <w:rPr>
          <w:rFonts w:cs="Arial"/>
          <w:color w:val="000000" w:themeColor="text1"/>
        </w:rPr>
        <w:t xml:space="preserve"> </w:t>
      </w:r>
      <w:r w:rsidRPr="008E4EBA">
        <w:rPr>
          <w:rFonts w:cs="Arial"/>
          <w:color w:val="000000" w:themeColor="text1"/>
        </w:rPr>
        <w:tab/>
        <w:t>: ........................................................</w:t>
      </w:r>
    </w:p>
    <w:p w14:paraId="7E996A7E" w14:textId="77777777" w:rsidR="000767C0" w:rsidRPr="008E4EBA" w:rsidRDefault="000767C0" w:rsidP="000767C0">
      <w:pPr>
        <w:jc w:val="both"/>
        <w:rPr>
          <w:rFonts w:cs="Arial"/>
          <w:color w:val="000000" w:themeColor="text1"/>
        </w:rPr>
      </w:pPr>
      <w:r w:rsidRPr="008E4EBA">
        <w:rPr>
          <w:rFonts w:cs="Arial"/>
          <w:color w:val="000000" w:themeColor="text1"/>
        </w:rPr>
        <w:t>Alamat Rumah</w:t>
      </w:r>
      <w:r w:rsidRPr="008E4EBA">
        <w:rPr>
          <w:rFonts w:cs="Arial"/>
          <w:color w:val="000000" w:themeColor="text1"/>
        </w:rPr>
        <w:tab/>
      </w:r>
      <w:r w:rsidRPr="008E4EBA">
        <w:rPr>
          <w:rFonts w:cs="Arial"/>
          <w:color w:val="000000" w:themeColor="text1"/>
        </w:rPr>
        <w:tab/>
        <w:t>: ........................................................</w:t>
      </w:r>
    </w:p>
    <w:p w14:paraId="5E974DB8" w14:textId="77777777" w:rsidR="000767C0" w:rsidRPr="008E4EBA" w:rsidRDefault="000767C0" w:rsidP="000767C0">
      <w:pPr>
        <w:jc w:val="both"/>
        <w:rPr>
          <w:rFonts w:cs="Arial"/>
          <w:color w:val="000000" w:themeColor="text1"/>
        </w:rPr>
      </w:pPr>
      <w:proofErr w:type="spellStart"/>
      <w:r w:rsidRPr="008E4EBA">
        <w:rPr>
          <w:rFonts w:cs="Arial"/>
          <w:color w:val="000000" w:themeColor="text1"/>
        </w:rPr>
        <w:t>Nomor</w:t>
      </w:r>
      <w:proofErr w:type="spellEnd"/>
      <w:r w:rsidRPr="008E4EBA">
        <w:rPr>
          <w:rFonts w:cs="Arial"/>
          <w:color w:val="000000" w:themeColor="text1"/>
        </w:rPr>
        <w:t xml:space="preserve"> </w:t>
      </w:r>
      <w:proofErr w:type="spellStart"/>
      <w:r w:rsidRPr="008E4EBA">
        <w:rPr>
          <w:rFonts w:cs="Arial"/>
          <w:color w:val="000000" w:themeColor="text1"/>
        </w:rPr>
        <w:t>Telepon</w:t>
      </w:r>
      <w:proofErr w:type="spellEnd"/>
      <w:r w:rsidRPr="008E4EBA">
        <w:rPr>
          <w:rFonts w:cs="Arial"/>
          <w:color w:val="000000" w:themeColor="text1"/>
        </w:rPr>
        <w:t>/HP</w:t>
      </w:r>
      <w:r w:rsidRPr="008E4EBA">
        <w:rPr>
          <w:rFonts w:cs="Arial"/>
          <w:color w:val="000000" w:themeColor="text1"/>
        </w:rPr>
        <w:tab/>
      </w:r>
      <w:r>
        <w:rPr>
          <w:rFonts w:cs="Arial"/>
          <w:color w:val="000000" w:themeColor="text1"/>
        </w:rPr>
        <w:t xml:space="preserve">           </w:t>
      </w:r>
      <w:r w:rsidRPr="008E4EBA">
        <w:rPr>
          <w:rFonts w:cs="Arial"/>
          <w:color w:val="000000" w:themeColor="text1"/>
        </w:rPr>
        <w:t>: ........................................................</w:t>
      </w:r>
    </w:p>
    <w:p w14:paraId="6D8D860D" w14:textId="36C04A8E" w:rsidR="000767C0" w:rsidRPr="008E4EBA" w:rsidRDefault="000767C0" w:rsidP="000767C0">
      <w:pPr>
        <w:jc w:val="both"/>
        <w:rPr>
          <w:rFonts w:cs="Arial"/>
          <w:color w:val="000000" w:themeColor="text1"/>
        </w:rPr>
      </w:pPr>
      <w:r w:rsidRPr="008E4EBA">
        <w:rPr>
          <w:rFonts w:cs="Arial"/>
          <w:color w:val="000000" w:themeColor="text1"/>
        </w:rPr>
        <w:t xml:space="preserve">Dengan </w:t>
      </w:r>
      <w:proofErr w:type="spellStart"/>
      <w:r w:rsidRPr="008E4EBA">
        <w:rPr>
          <w:rFonts w:cs="Arial"/>
          <w:color w:val="000000" w:themeColor="text1"/>
        </w:rPr>
        <w:t>ini</w:t>
      </w:r>
      <w:proofErr w:type="spellEnd"/>
      <w:r w:rsidRPr="008E4EBA">
        <w:rPr>
          <w:rFonts w:cs="Arial"/>
          <w:color w:val="000000" w:themeColor="text1"/>
        </w:rPr>
        <w:t xml:space="preserve"> </w:t>
      </w:r>
      <w:proofErr w:type="spellStart"/>
      <w:r w:rsidRPr="008E4EBA">
        <w:rPr>
          <w:rFonts w:cs="Arial"/>
          <w:color w:val="000000" w:themeColor="text1"/>
        </w:rPr>
        <w:t>mengajukan</w:t>
      </w:r>
      <w:proofErr w:type="spellEnd"/>
      <w:r w:rsidRPr="008E4EBA">
        <w:rPr>
          <w:rFonts w:cs="Arial"/>
          <w:color w:val="000000" w:themeColor="text1"/>
        </w:rPr>
        <w:t xml:space="preserve"> </w:t>
      </w:r>
      <w:proofErr w:type="spellStart"/>
      <w:r w:rsidRPr="008E4EBA">
        <w:rPr>
          <w:rFonts w:cs="Arial"/>
          <w:color w:val="000000" w:themeColor="text1"/>
        </w:rPr>
        <w:t>lamaran</w:t>
      </w:r>
      <w:proofErr w:type="spellEnd"/>
      <w:r w:rsidRPr="008E4EBA">
        <w:rPr>
          <w:rFonts w:cs="Arial"/>
          <w:color w:val="000000" w:themeColor="text1"/>
        </w:rPr>
        <w:t xml:space="preserve"> </w:t>
      </w:r>
      <w:proofErr w:type="spellStart"/>
      <w:r w:rsidRPr="008E4EBA">
        <w:rPr>
          <w:rFonts w:cs="Arial"/>
          <w:color w:val="000000" w:themeColor="text1"/>
        </w:rPr>
        <w:t>untuk</w:t>
      </w:r>
      <w:proofErr w:type="spellEnd"/>
      <w:r w:rsidRPr="008E4EBA">
        <w:rPr>
          <w:rFonts w:cs="Arial"/>
          <w:color w:val="000000" w:themeColor="text1"/>
        </w:rPr>
        <w:t xml:space="preserve"> </w:t>
      </w:r>
      <w:proofErr w:type="spellStart"/>
      <w:r w:rsidRPr="008E4EBA">
        <w:rPr>
          <w:rFonts w:cs="Arial"/>
          <w:color w:val="000000" w:themeColor="text1"/>
        </w:rPr>
        <w:t>mengikuti</w:t>
      </w:r>
      <w:proofErr w:type="spellEnd"/>
      <w:r w:rsidRPr="008E4EBA">
        <w:rPr>
          <w:rFonts w:cs="Arial"/>
          <w:color w:val="000000" w:themeColor="text1"/>
        </w:rPr>
        <w:t xml:space="preserve"> </w:t>
      </w:r>
      <w:proofErr w:type="spellStart"/>
      <w:r w:rsidRPr="008E4EBA">
        <w:rPr>
          <w:rFonts w:cs="Arial"/>
          <w:color w:val="000000" w:themeColor="text1"/>
        </w:rPr>
        <w:t>seleksi</w:t>
      </w:r>
      <w:proofErr w:type="spellEnd"/>
      <w:r w:rsidRPr="008E4EBA">
        <w:rPr>
          <w:rFonts w:cs="Arial"/>
          <w:color w:val="000000" w:themeColor="text1"/>
        </w:rPr>
        <w:t xml:space="preserve"> dan, </w:t>
      </w:r>
      <w:proofErr w:type="spellStart"/>
      <w:r w:rsidRPr="008E4EBA">
        <w:rPr>
          <w:rFonts w:cs="Arial"/>
          <w:color w:val="000000" w:themeColor="text1"/>
        </w:rPr>
        <w:t>apabila</w:t>
      </w:r>
      <w:proofErr w:type="spellEnd"/>
      <w:r w:rsidRPr="008E4EBA">
        <w:rPr>
          <w:rFonts w:cs="Arial"/>
          <w:color w:val="000000" w:themeColor="text1"/>
        </w:rPr>
        <w:t xml:space="preserve"> </w:t>
      </w:r>
      <w:proofErr w:type="spellStart"/>
      <w:r w:rsidRPr="008E4EBA">
        <w:rPr>
          <w:rFonts w:cs="Arial"/>
          <w:color w:val="000000" w:themeColor="text1"/>
        </w:rPr>
        <w:t>dinyatakan</w:t>
      </w:r>
      <w:proofErr w:type="spellEnd"/>
      <w:r w:rsidRPr="008E4EBA">
        <w:rPr>
          <w:rFonts w:cs="Arial"/>
          <w:color w:val="000000" w:themeColor="text1"/>
        </w:rPr>
        <w:t xml:space="preserve"> </w:t>
      </w:r>
      <w:proofErr w:type="spellStart"/>
      <w:r w:rsidRPr="008E4EBA">
        <w:rPr>
          <w:rFonts w:cs="Arial"/>
          <w:color w:val="000000" w:themeColor="text1"/>
        </w:rPr>
        <w:t>memenuhi</w:t>
      </w:r>
      <w:proofErr w:type="spellEnd"/>
      <w:r w:rsidRPr="008E4EBA">
        <w:rPr>
          <w:rFonts w:cs="Arial"/>
          <w:color w:val="000000" w:themeColor="text1"/>
        </w:rPr>
        <w:t xml:space="preserve"> </w:t>
      </w:r>
      <w:proofErr w:type="spellStart"/>
      <w:r w:rsidRPr="008E4EBA">
        <w:rPr>
          <w:rFonts w:cs="Arial"/>
          <w:color w:val="000000" w:themeColor="text1"/>
        </w:rPr>
        <w:t>syarat</w:t>
      </w:r>
      <w:proofErr w:type="spellEnd"/>
      <w:r w:rsidRPr="008E4EBA">
        <w:rPr>
          <w:rFonts w:cs="Arial"/>
          <w:color w:val="000000" w:themeColor="text1"/>
        </w:rPr>
        <w:t xml:space="preserve">, </w:t>
      </w:r>
      <w:proofErr w:type="spellStart"/>
      <w:r w:rsidRPr="008E4EBA">
        <w:rPr>
          <w:rFonts w:cs="Arial"/>
          <w:color w:val="000000" w:themeColor="text1"/>
        </w:rPr>
        <w:t>bersedia</w:t>
      </w:r>
      <w:proofErr w:type="spellEnd"/>
      <w:r w:rsidRPr="008E4EBA">
        <w:rPr>
          <w:rFonts w:cs="Arial"/>
          <w:color w:val="000000" w:themeColor="text1"/>
        </w:rPr>
        <w:t xml:space="preserve"> </w:t>
      </w:r>
      <w:proofErr w:type="spellStart"/>
      <w:r w:rsidRPr="008E4EBA">
        <w:rPr>
          <w:rFonts w:cs="Arial"/>
          <w:color w:val="000000" w:themeColor="text1"/>
        </w:rPr>
        <w:t>ditempatkan</w:t>
      </w:r>
      <w:proofErr w:type="spellEnd"/>
      <w:r w:rsidRPr="008E4EBA">
        <w:rPr>
          <w:rFonts w:cs="Arial"/>
          <w:color w:val="000000" w:themeColor="text1"/>
        </w:rPr>
        <w:t xml:space="preserve"> pada </w:t>
      </w:r>
      <w:proofErr w:type="spellStart"/>
      <w:r w:rsidRPr="008E4EBA">
        <w:rPr>
          <w:rFonts w:cs="Arial"/>
          <w:color w:val="000000" w:themeColor="text1"/>
        </w:rPr>
        <w:t>formasi</w:t>
      </w:r>
      <w:proofErr w:type="spellEnd"/>
      <w:r w:rsidRPr="008E4EBA">
        <w:rPr>
          <w:rFonts w:cs="Arial"/>
          <w:color w:val="000000" w:themeColor="text1"/>
        </w:rPr>
        <w:t xml:space="preserve"> </w:t>
      </w:r>
      <w:r w:rsidR="00BC2851">
        <w:rPr>
          <w:rFonts w:cs="Arial"/>
          <w:color w:val="000000" w:themeColor="text1"/>
        </w:rPr>
        <w:t>……………</w:t>
      </w:r>
      <w:proofErr w:type="spellStart"/>
      <w:r w:rsidRPr="008E4EBA">
        <w:rPr>
          <w:rFonts w:cs="Arial"/>
          <w:color w:val="000000" w:themeColor="text1"/>
        </w:rPr>
        <w:t>sesuai</w:t>
      </w:r>
      <w:proofErr w:type="spellEnd"/>
      <w:r w:rsidRPr="008E4EBA">
        <w:rPr>
          <w:rFonts w:cs="Arial"/>
          <w:color w:val="000000" w:themeColor="text1"/>
        </w:rPr>
        <w:t xml:space="preserve"> </w:t>
      </w:r>
      <w:proofErr w:type="spellStart"/>
      <w:r w:rsidRPr="008E4EBA">
        <w:rPr>
          <w:rFonts w:cs="Arial"/>
          <w:color w:val="000000" w:themeColor="text1"/>
        </w:rPr>
        <w:t>kebutuhan</w:t>
      </w:r>
      <w:proofErr w:type="spellEnd"/>
      <w:r>
        <w:rPr>
          <w:rFonts w:cs="Arial"/>
          <w:color w:val="000000" w:themeColor="text1"/>
        </w:rPr>
        <w:t xml:space="preserve"> </w:t>
      </w:r>
      <w:proofErr w:type="spellStart"/>
      <w:r>
        <w:rPr>
          <w:rFonts w:cs="Arial"/>
          <w:color w:val="000000" w:themeColor="text1"/>
        </w:rPr>
        <w:t>Puskesmas</w:t>
      </w:r>
      <w:proofErr w:type="spellEnd"/>
      <w:r w:rsidR="00BC2851">
        <w:rPr>
          <w:rFonts w:cs="Arial"/>
          <w:color w:val="000000" w:themeColor="text1"/>
        </w:rPr>
        <w:t xml:space="preserve"> Paron.</w:t>
      </w:r>
    </w:p>
    <w:p w14:paraId="695C8460" w14:textId="77777777" w:rsidR="000767C0" w:rsidRPr="008E4EBA" w:rsidRDefault="000767C0" w:rsidP="000767C0">
      <w:pPr>
        <w:jc w:val="both"/>
        <w:rPr>
          <w:rFonts w:cs="Arial"/>
          <w:color w:val="000000" w:themeColor="text1"/>
        </w:rPr>
      </w:pPr>
      <w:proofErr w:type="spellStart"/>
      <w:r w:rsidRPr="008E4EBA">
        <w:rPr>
          <w:rFonts w:cs="Arial"/>
          <w:color w:val="000000" w:themeColor="text1"/>
        </w:rPr>
        <w:t>Sebagai</w:t>
      </w:r>
      <w:proofErr w:type="spellEnd"/>
      <w:r w:rsidRPr="008E4EBA">
        <w:rPr>
          <w:rFonts w:cs="Arial"/>
          <w:color w:val="000000" w:themeColor="text1"/>
        </w:rPr>
        <w:t xml:space="preserve"> </w:t>
      </w:r>
      <w:proofErr w:type="spellStart"/>
      <w:r w:rsidRPr="008E4EBA">
        <w:rPr>
          <w:rFonts w:cs="Arial"/>
          <w:color w:val="000000" w:themeColor="text1"/>
        </w:rPr>
        <w:t>bahan</w:t>
      </w:r>
      <w:proofErr w:type="spellEnd"/>
      <w:r w:rsidRPr="008E4EBA">
        <w:rPr>
          <w:rFonts w:cs="Arial"/>
          <w:color w:val="000000" w:themeColor="text1"/>
        </w:rPr>
        <w:t xml:space="preserve"> </w:t>
      </w:r>
      <w:proofErr w:type="spellStart"/>
      <w:r w:rsidRPr="008E4EBA">
        <w:rPr>
          <w:rFonts w:cs="Arial"/>
          <w:color w:val="000000" w:themeColor="text1"/>
        </w:rPr>
        <w:t>pertimbangan</w:t>
      </w:r>
      <w:proofErr w:type="spellEnd"/>
      <w:r w:rsidRPr="008E4EBA">
        <w:rPr>
          <w:rFonts w:cs="Arial"/>
          <w:color w:val="000000" w:themeColor="text1"/>
        </w:rPr>
        <w:t xml:space="preserve">, </w:t>
      </w:r>
      <w:proofErr w:type="spellStart"/>
      <w:r w:rsidRPr="008E4EBA">
        <w:rPr>
          <w:rFonts w:cs="Arial"/>
          <w:color w:val="000000" w:themeColor="text1"/>
        </w:rPr>
        <w:t>saya</w:t>
      </w:r>
      <w:proofErr w:type="spellEnd"/>
      <w:r w:rsidRPr="008E4EBA">
        <w:rPr>
          <w:rFonts w:cs="Arial"/>
          <w:color w:val="000000" w:themeColor="text1"/>
        </w:rPr>
        <w:t xml:space="preserve"> </w:t>
      </w:r>
      <w:proofErr w:type="spellStart"/>
      <w:r w:rsidRPr="008E4EBA">
        <w:rPr>
          <w:rFonts w:cs="Arial"/>
          <w:color w:val="000000" w:themeColor="text1"/>
        </w:rPr>
        <w:t>melampirkan</w:t>
      </w:r>
      <w:proofErr w:type="spellEnd"/>
      <w:r w:rsidRPr="008E4EBA">
        <w:rPr>
          <w:rFonts w:cs="Arial"/>
          <w:color w:val="000000" w:themeColor="text1"/>
        </w:rPr>
        <w:t xml:space="preserve"> </w:t>
      </w:r>
      <w:proofErr w:type="spellStart"/>
      <w:r w:rsidRPr="008E4EBA">
        <w:rPr>
          <w:rFonts w:cs="Arial"/>
          <w:color w:val="000000" w:themeColor="text1"/>
        </w:rPr>
        <w:t>dokumen</w:t>
      </w:r>
      <w:proofErr w:type="spellEnd"/>
      <w:r w:rsidRPr="008E4EBA">
        <w:rPr>
          <w:rFonts w:cs="Arial"/>
          <w:color w:val="000000" w:themeColor="text1"/>
        </w:rPr>
        <w:t xml:space="preserve"> </w:t>
      </w:r>
      <w:proofErr w:type="spellStart"/>
      <w:r w:rsidRPr="008E4EBA">
        <w:rPr>
          <w:rFonts w:cs="Arial"/>
          <w:color w:val="000000" w:themeColor="text1"/>
        </w:rPr>
        <w:t>administratif</w:t>
      </w:r>
      <w:proofErr w:type="spellEnd"/>
      <w:r w:rsidRPr="008E4EBA">
        <w:rPr>
          <w:rFonts w:cs="Arial"/>
          <w:color w:val="000000" w:themeColor="text1"/>
        </w:rPr>
        <w:t xml:space="preserve"> </w:t>
      </w:r>
      <w:proofErr w:type="spellStart"/>
      <w:r w:rsidRPr="008E4EBA">
        <w:rPr>
          <w:rFonts w:cs="Arial"/>
          <w:color w:val="000000" w:themeColor="text1"/>
        </w:rPr>
        <w:t>sesuai</w:t>
      </w:r>
      <w:proofErr w:type="spellEnd"/>
      <w:r w:rsidRPr="008E4EBA">
        <w:rPr>
          <w:rFonts w:cs="Arial"/>
          <w:color w:val="000000" w:themeColor="text1"/>
        </w:rPr>
        <w:t xml:space="preserve"> </w:t>
      </w:r>
      <w:proofErr w:type="spellStart"/>
      <w:r w:rsidRPr="008E4EBA">
        <w:rPr>
          <w:rFonts w:cs="Arial"/>
          <w:color w:val="000000" w:themeColor="text1"/>
        </w:rPr>
        <w:t>persyaratan</w:t>
      </w:r>
      <w:proofErr w:type="spellEnd"/>
      <w:r w:rsidRPr="008E4EBA">
        <w:rPr>
          <w:rFonts w:cs="Arial"/>
          <w:color w:val="000000" w:themeColor="text1"/>
        </w:rPr>
        <w:t>:</w:t>
      </w:r>
    </w:p>
    <w:p w14:paraId="1D4F4732" w14:textId="77777777" w:rsidR="000767C0" w:rsidRPr="008E4EBA" w:rsidRDefault="000767C0" w:rsidP="000767C0">
      <w:pPr>
        <w:pStyle w:val="ListBullet"/>
        <w:numPr>
          <w:ilvl w:val="0"/>
          <w:numId w:val="21"/>
        </w:numPr>
        <w:jc w:val="both"/>
        <w:rPr>
          <w:rFonts w:cs="Arial"/>
          <w:color w:val="000000" w:themeColor="text1"/>
        </w:rPr>
      </w:pPr>
      <w:proofErr w:type="spellStart"/>
      <w:r w:rsidRPr="008E4EBA">
        <w:rPr>
          <w:rFonts w:cs="Arial"/>
          <w:color w:val="000000" w:themeColor="text1"/>
        </w:rPr>
        <w:t>Fotokopi</w:t>
      </w:r>
      <w:proofErr w:type="spellEnd"/>
      <w:r w:rsidRPr="008E4EBA">
        <w:rPr>
          <w:rFonts w:cs="Arial"/>
          <w:color w:val="000000" w:themeColor="text1"/>
        </w:rPr>
        <w:t xml:space="preserve"> KTP.</w:t>
      </w:r>
    </w:p>
    <w:p w14:paraId="056B075C" w14:textId="0F388D4E" w:rsidR="000767C0" w:rsidRPr="008E4EBA" w:rsidRDefault="000767C0" w:rsidP="000767C0">
      <w:pPr>
        <w:pStyle w:val="ListBullet"/>
        <w:numPr>
          <w:ilvl w:val="0"/>
          <w:numId w:val="21"/>
        </w:numPr>
        <w:jc w:val="both"/>
        <w:rPr>
          <w:rFonts w:cs="Arial"/>
          <w:color w:val="000000" w:themeColor="text1"/>
        </w:rPr>
      </w:pPr>
      <w:r w:rsidRPr="008E4EBA">
        <w:rPr>
          <w:rFonts w:cs="Arial"/>
          <w:color w:val="000000" w:themeColor="text1"/>
        </w:rPr>
        <w:t xml:space="preserve">Pas </w:t>
      </w:r>
      <w:proofErr w:type="spellStart"/>
      <w:r w:rsidRPr="008E4EBA">
        <w:rPr>
          <w:rFonts w:cs="Arial"/>
          <w:color w:val="000000" w:themeColor="text1"/>
        </w:rPr>
        <w:t>foto</w:t>
      </w:r>
      <w:proofErr w:type="spellEnd"/>
      <w:r w:rsidRPr="008E4EBA">
        <w:rPr>
          <w:rFonts w:cs="Arial"/>
          <w:color w:val="000000" w:themeColor="text1"/>
        </w:rPr>
        <w:t xml:space="preserve"> </w:t>
      </w:r>
      <w:proofErr w:type="spellStart"/>
      <w:r w:rsidRPr="008E4EBA">
        <w:rPr>
          <w:rFonts w:cs="Arial"/>
          <w:color w:val="000000" w:themeColor="text1"/>
        </w:rPr>
        <w:t>berwarna</w:t>
      </w:r>
      <w:proofErr w:type="spellEnd"/>
      <w:r w:rsidRPr="008E4EBA">
        <w:rPr>
          <w:rFonts w:cs="Arial"/>
          <w:color w:val="000000" w:themeColor="text1"/>
        </w:rPr>
        <w:t xml:space="preserve"> </w:t>
      </w:r>
      <w:proofErr w:type="spellStart"/>
      <w:r w:rsidRPr="008E4EBA">
        <w:rPr>
          <w:rFonts w:cs="Arial"/>
          <w:color w:val="000000" w:themeColor="text1"/>
        </w:rPr>
        <w:t>terbaru</w:t>
      </w:r>
      <w:proofErr w:type="spellEnd"/>
      <w:r w:rsidRPr="008E4EBA">
        <w:rPr>
          <w:rFonts w:cs="Arial"/>
          <w:color w:val="000000" w:themeColor="text1"/>
        </w:rPr>
        <w:t xml:space="preserve"> </w:t>
      </w:r>
      <w:proofErr w:type="spellStart"/>
      <w:r w:rsidRPr="008E4EBA">
        <w:rPr>
          <w:rFonts w:cs="Arial"/>
          <w:color w:val="000000" w:themeColor="text1"/>
        </w:rPr>
        <w:t>ukuran</w:t>
      </w:r>
      <w:proofErr w:type="spellEnd"/>
      <w:r w:rsidRPr="008E4EBA">
        <w:rPr>
          <w:rFonts w:cs="Arial"/>
          <w:color w:val="000000" w:themeColor="text1"/>
        </w:rPr>
        <w:t xml:space="preserve"> 4x6</w:t>
      </w:r>
      <w:r w:rsidR="003E2C71">
        <w:rPr>
          <w:rFonts w:cs="Arial"/>
          <w:color w:val="000000" w:themeColor="text1"/>
        </w:rPr>
        <w:t xml:space="preserve"> ( 2 Lembar </w:t>
      </w:r>
      <w:r w:rsidR="003965A1">
        <w:rPr>
          <w:rFonts w:cs="Arial"/>
          <w:color w:val="000000" w:themeColor="text1"/>
        </w:rPr>
        <w:t>)</w:t>
      </w:r>
    </w:p>
    <w:p w14:paraId="7605FEC1" w14:textId="77777777" w:rsidR="000767C0" w:rsidRPr="008E4EBA" w:rsidRDefault="000767C0" w:rsidP="000767C0">
      <w:pPr>
        <w:pStyle w:val="ListBullet"/>
        <w:numPr>
          <w:ilvl w:val="0"/>
          <w:numId w:val="21"/>
        </w:numPr>
        <w:jc w:val="both"/>
        <w:rPr>
          <w:rFonts w:cs="Arial"/>
          <w:color w:val="000000" w:themeColor="text1"/>
        </w:rPr>
      </w:pPr>
      <w:proofErr w:type="spellStart"/>
      <w:r w:rsidRPr="008E4EBA">
        <w:rPr>
          <w:rFonts w:cs="Arial"/>
          <w:color w:val="000000" w:themeColor="text1"/>
        </w:rPr>
        <w:t>Fotokopi</w:t>
      </w:r>
      <w:proofErr w:type="spellEnd"/>
      <w:r w:rsidRPr="008E4EBA">
        <w:rPr>
          <w:rFonts w:cs="Arial"/>
          <w:color w:val="000000" w:themeColor="text1"/>
        </w:rPr>
        <w:t xml:space="preserve"> ijazah dan </w:t>
      </w:r>
      <w:proofErr w:type="spellStart"/>
      <w:r w:rsidRPr="008E4EBA">
        <w:rPr>
          <w:rFonts w:cs="Arial"/>
          <w:color w:val="000000" w:themeColor="text1"/>
        </w:rPr>
        <w:t>Transkrip</w:t>
      </w:r>
      <w:proofErr w:type="spellEnd"/>
      <w:r w:rsidRPr="008E4EBA">
        <w:rPr>
          <w:rFonts w:cs="Arial"/>
          <w:color w:val="000000" w:themeColor="text1"/>
        </w:rPr>
        <w:t xml:space="preserve"> Nilai.</w:t>
      </w:r>
    </w:p>
    <w:p w14:paraId="5F0B2401" w14:textId="77777777" w:rsidR="000767C0" w:rsidRPr="008E4EBA" w:rsidRDefault="000767C0" w:rsidP="000767C0">
      <w:pPr>
        <w:pStyle w:val="ListBullet"/>
        <w:numPr>
          <w:ilvl w:val="0"/>
          <w:numId w:val="21"/>
        </w:numPr>
        <w:jc w:val="both"/>
        <w:rPr>
          <w:rFonts w:cs="Arial"/>
        </w:rPr>
      </w:pPr>
      <w:r w:rsidRPr="008E4EBA">
        <w:rPr>
          <w:rFonts w:cs="Arial"/>
        </w:rPr>
        <w:t xml:space="preserve">Surat </w:t>
      </w:r>
      <w:proofErr w:type="spellStart"/>
      <w:r w:rsidRPr="008E4EBA">
        <w:rPr>
          <w:rFonts w:cs="Arial"/>
        </w:rPr>
        <w:t>Keterangan</w:t>
      </w:r>
      <w:proofErr w:type="spellEnd"/>
      <w:r w:rsidRPr="008E4EBA">
        <w:rPr>
          <w:rFonts w:cs="Arial"/>
        </w:rPr>
        <w:t xml:space="preserve"> Sehat yang </w:t>
      </w:r>
      <w:proofErr w:type="spellStart"/>
      <w:r w:rsidRPr="008E4EBA">
        <w:rPr>
          <w:rFonts w:cs="Arial"/>
        </w:rPr>
        <w:t>dikeluarkan</w:t>
      </w:r>
      <w:proofErr w:type="spellEnd"/>
      <w:r w:rsidRPr="008E4EBA">
        <w:rPr>
          <w:rFonts w:cs="Arial"/>
        </w:rPr>
        <w:t xml:space="preserve"> oleh Dokter di </w:t>
      </w:r>
      <w:proofErr w:type="spellStart"/>
      <w:r w:rsidRPr="008E4EBA">
        <w:rPr>
          <w:rFonts w:cs="Arial"/>
          <w:color w:val="000000" w:themeColor="text1"/>
        </w:rPr>
        <w:t>fasilitas</w:t>
      </w:r>
      <w:proofErr w:type="spellEnd"/>
      <w:r w:rsidRPr="008E4EBA">
        <w:rPr>
          <w:rFonts w:cs="Arial"/>
          <w:color w:val="000000" w:themeColor="text1"/>
        </w:rPr>
        <w:t xml:space="preserve"> </w:t>
      </w:r>
      <w:proofErr w:type="spellStart"/>
      <w:r w:rsidRPr="008E4EBA">
        <w:rPr>
          <w:rFonts w:cs="Arial"/>
          <w:color w:val="000000" w:themeColor="text1"/>
        </w:rPr>
        <w:t>pelayanan</w:t>
      </w:r>
      <w:proofErr w:type="spellEnd"/>
      <w:r w:rsidRPr="008E4EBA">
        <w:rPr>
          <w:rFonts w:cs="Arial"/>
          <w:color w:val="000000" w:themeColor="text1"/>
        </w:rPr>
        <w:t xml:space="preserve"> </w:t>
      </w:r>
      <w:proofErr w:type="spellStart"/>
      <w:r w:rsidRPr="008E4EBA">
        <w:rPr>
          <w:rFonts w:cs="Arial"/>
          <w:color w:val="000000" w:themeColor="text1"/>
        </w:rPr>
        <w:t>kesehatan</w:t>
      </w:r>
      <w:proofErr w:type="spellEnd"/>
      <w:r w:rsidRPr="008E4EBA">
        <w:rPr>
          <w:rFonts w:cs="Arial"/>
          <w:color w:val="000000" w:themeColor="text1"/>
        </w:rPr>
        <w:t xml:space="preserve"> </w:t>
      </w:r>
      <w:proofErr w:type="spellStart"/>
      <w:r w:rsidRPr="008E4EBA">
        <w:rPr>
          <w:rFonts w:cs="Arial"/>
          <w:color w:val="000000" w:themeColor="text1"/>
        </w:rPr>
        <w:t>Pemerintah</w:t>
      </w:r>
      <w:proofErr w:type="spellEnd"/>
      <w:r w:rsidRPr="008E4EBA">
        <w:rPr>
          <w:rFonts w:cs="Arial"/>
          <w:color w:val="000000" w:themeColor="text1"/>
        </w:rPr>
        <w:t>.</w:t>
      </w:r>
    </w:p>
    <w:p w14:paraId="497117CC" w14:textId="77777777" w:rsidR="000767C0" w:rsidRPr="00EF7637" w:rsidRDefault="000767C0" w:rsidP="000767C0">
      <w:pPr>
        <w:pStyle w:val="ListBullet"/>
        <w:numPr>
          <w:ilvl w:val="0"/>
          <w:numId w:val="21"/>
        </w:numPr>
        <w:jc w:val="both"/>
        <w:rPr>
          <w:rFonts w:cs="Arial"/>
          <w:sz w:val="24"/>
          <w:szCs w:val="24"/>
        </w:rPr>
      </w:pPr>
      <w:r w:rsidRPr="00EF7637">
        <w:rPr>
          <w:rFonts w:cs="Arial"/>
          <w:sz w:val="24"/>
          <w:szCs w:val="24"/>
        </w:rPr>
        <w:t xml:space="preserve">Surat </w:t>
      </w:r>
      <w:proofErr w:type="spellStart"/>
      <w:r w:rsidRPr="00EF7637">
        <w:rPr>
          <w:rFonts w:cs="Arial"/>
          <w:sz w:val="24"/>
          <w:szCs w:val="24"/>
        </w:rPr>
        <w:t>Pernyataan</w:t>
      </w:r>
      <w:proofErr w:type="spellEnd"/>
      <w:r w:rsidRPr="00EF7637">
        <w:rPr>
          <w:rFonts w:cs="Arial"/>
          <w:sz w:val="24"/>
          <w:szCs w:val="24"/>
        </w:rPr>
        <w:t xml:space="preserve"> </w:t>
      </w:r>
      <w:proofErr w:type="spellStart"/>
      <w:r w:rsidRPr="00EF7637">
        <w:rPr>
          <w:rFonts w:cs="Arial"/>
          <w:sz w:val="24"/>
          <w:szCs w:val="24"/>
        </w:rPr>
        <w:t>bermaterai</w:t>
      </w:r>
      <w:proofErr w:type="spellEnd"/>
      <w:r w:rsidRPr="00EF7637">
        <w:rPr>
          <w:rFonts w:cs="Arial"/>
          <w:sz w:val="24"/>
          <w:szCs w:val="24"/>
        </w:rPr>
        <w:t xml:space="preserve"> Rp10.000 (</w:t>
      </w:r>
      <w:proofErr w:type="spellStart"/>
      <w:r w:rsidRPr="00EF7637">
        <w:rPr>
          <w:rFonts w:cs="Arial"/>
          <w:sz w:val="24"/>
          <w:szCs w:val="24"/>
        </w:rPr>
        <w:t>Sepuluh</w:t>
      </w:r>
      <w:proofErr w:type="spellEnd"/>
      <w:r w:rsidRPr="00EF7637">
        <w:rPr>
          <w:rFonts w:cs="Arial"/>
          <w:sz w:val="24"/>
          <w:szCs w:val="24"/>
        </w:rPr>
        <w:t xml:space="preserve"> Ribu Rupiah) : </w:t>
      </w:r>
    </w:p>
    <w:p w14:paraId="12AADA5C" w14:textId="77777777" w:rsidR="000767C0" w:rsidRPr="00EF7637" w:rsidRDefault="000767C0" w:rsidP="000767C0">
      <w:pPr>
        <w:pStyle w:val="ListBullet"/>
        <w:numPr>
          <w:ilvl w:val="0"/>
          <w:numId w:val="14"/>
        </w:numPr>
        <w:jc w:val="both"/>
        <w:rPr>
          <w:rFonts w:cs="Arial"/>
          <w:color w:val="000000" w:themeColor="text1"/>
          <w:sz w:val="24"/>
          <w:szCs w:val="24"/>
        </w:rPr>
      </w:pPr>
      <w:r w:rsidRPr="00EF7637">
        <w:rPr>
          <w:rFonts w:cs="Arial"/>
          <w:color w:val="000000" w:themeColor="text1"/>
          <w:sz w:val="24"/>
          <w:szCs w:val="24"/>
        </w:rPr>
        <w:t xml:space="preserve">Tidak </w:t>
      </w:r>
      <w:proofErr w:type="spellStart"/>
      <w:r w:rsidRPr="00EF7637">
        <w:rPr>
          <w:rFonts w:cs="Arial"/>
          <w:color w:val="000000" w:themeColor="text1"/>
          <w:sz w:val="24"/>
          <w:szCs w:val="24"/>
        </w:rPr>
        <w:t>akan</w:t>
      </w:r>
      <w:proofErr w:type="spellEnd"/>
      <w:r w:rsidRPr="00EF7637">
        <w:rPr>
          <w:rFonts w:cs="Arial"/>
          <w:color w:val="000000" w:themeColor="text1"/>
          <w:sz w:val="24"/>
          <w:szCs w:val="24"/>
        </w:rPr>
        <w:t xml:space="preserve"> </w:t>
      </w:r>
      <w:proofErr w:type="spellStart"/>
      <w:r w:rsidRPr="00EF7637">
        <w:rPr>
          <w:rFonts w:cs="Arial"/>
          <w:color w:val="000000" w:themeColor="text1"/>
          <w:sz w:val="24"/>
          <w:szCs w:val="24"/>
        </w:rPr>
        <w:t>menuntut</w:t>
      </w:r>
      <w:proofErr w:type="spellEnd"/>
      <w:r w:rsidRPr="00EF7637">
        <w:rPr>
          <w:rFonts w:cs="Arial"/>
          <w:color w:val="000000" w:themeColor="text1"/>
          <w:sz w:val="24"/>
          <w:szCs w:val="24"/>
        </w:rPr>
        <w:t xml:space="preserve"> </w:t>
      </w:r>
      <w:proofErr w:type="spellStart"/>
      <w:r w:rsidRPr="00EF7637">
        <w:rPr>
          <w:rFonts w:cs="Arial"/>
          <w:color w:val="000000" w:themeColor="text1"/>
          <w:sz w:val="24"/>
          <w:szCs w:val="24"/>
        </w:rPr>
        <w:t>untuk</w:t>
      </w:r>
      <w:proofErr w:type="spellEnd"/>
      <w:r w:rsidRPr="00EF7637">
        <w:rPr>
          <w:rFonts w:cs="Arial"/>
          <w:color w:val="000000" w:themeColor="text1"/>
          <w:sz w:val="24"/>
          <w:szCs w:val="24"/>
        </w:rPr>
        <w:t xml:space="preserve"> </w:t>
      </w:r>
      <w:proofErr w:type="spellStart"/>
      <w:r w:rsidRPr="00EF7637">
        <w:rPr>
          <w:rFonts w:cs="Arial"/>
          <w:color w:val="000000" w:themeColor="text1"/>
          <w:sz w:val="24"/>
          <w:szCs w:val="24"/>
        </w:rPr>
        <w:t>diangkat</w:t>
      </w:r>
      <w:proofErr w:type="spellEnd"/>
      <w:r w:rsidRPr="00EF7637">
        <w:rPr>
          <w:rFonts w:cs="Arial"/>
          <w:color w:val="000000" w:themeColor="text1"/>
          <w:sz w:val="24"/>
          <w:szCs w:val="24"/>
        </w:rPr>
        <w:t xml:space="preserve"> </w:t>
      </w:r>
      <w:proofErr w:type="spellStart"/>
      <w:r w:rsidRPr="00EF7637">
        <w:rPr>
          <w:rFonts w:cs="Arial"/>
          <w:color w:val="000000" w:themeColor="text1"/>
          <w:sz w:val="24"/>
          <w:szCs w:val="24"/>
        </w:rPr>
        <w:t>menjadi</w:t>
      </w:r>
      <w:proofErr w:type="spellEnd"/>
      <w:r w:rsidRPr="00EF7637">
        <w:rPr>
          <w:rFonts w:cs="Arial"/>
          <w:color w:val="000000" w:themeColor="text1"/>
          <w:sz w:val="24"/>
          <w:szCs w:val="24"/>
        </w:rPr>
        <w:t xml:space="preserve"> CASN</w:t>
      </w:r>
    </w:p>
    <w:p w14:paraId="72F14B9B" w14:textId="71864848" w:rsidR="008B4B8A" w:rsidRPr="00EF7637" w:rsidRDefault="008B4B8A" w:rsidP="008B4B8A">
      <w:pPr>
        <w:pStyle w:val="ListBullet"/>
        <w:numPr>
          <w:ilvl w:val="0"/>
          <w:numId w:val="21"/>
        </w:numPr>
        <w:tabs>
          <w:tab w:val="num" w:pos="1134"/>
        </w:tabs>
        <w:spacing w:after="0"/>
        <w:rPr>
          <w:rFonts w:cs="Arial"/>
          <w:color w:val="000000" w:themeColor="text1"/>
          <w:sz w:val="24"/>
          <w:szCs w:val="24"/>
        </w:rPr>
      </w:pPr>
      <w:r w:rsidRPr="00EF7637">
        <w:rPr>
          <w:rFonts w:cs="Arial"/>
          <w:color w:val="000000" w:themeColor="text1"/>
          <w:sz w:val="24"/>
          <w:szCs w:val="24"/>
        </w:rPr>
        <w:t xml:space="preserve"> STR / SIP </w:t>
      </w:r>
    </w:p>
    <w:p w14:paraId="18F6D59A" w14:textId="1B228EC5" w:rsidR="008B4B8A" w:rsidRPr="00EF7637" w:rsidRDefault="008B4B8A" w:rsidP="008B4B8A">
      <w:pPr>
        <w:pStyle w:val="ListBullet"/>
        <w:numPr>
          <w:ilvl w:val="0"/>
          <w:numId w:val="21"/>
        </w:numPr>
        <w:tabs>
          <w:tab w:val="num" w:pos="1134"/>
        </w:tabs>
        <w:spacing w:after="0"/>
        <w:rPr>
          <w:rFonts w:cs="Arial"/>
          <w:color w:val="000000" w:themeColor="text1"/>
          <w:sz w:val="24"/>
          <w:szCs w:val="24"/>
        </w:rPr>
      </w:pPr>
      <w:proofErr w:type="spellStart"/>
      <w:r w:rsidRPr="00EF7637">
        <w:rPr>
          <w:rFonts w:cs="Arial"/>
          <w:color w:val="000000" w:themeColor="text1"/>
          <w:sz w:val="24"/>
          <w:szCs w:val="24"/>
        </w:rPr>
        <w:t>Sertifikat</w:t>
      </w:r>
      <w:proofErr w:type="spellEnd"/>
      <w:r w:rsidRPr="00EF7637">
        <w:rPr>
          <w:rFonts w:cs="Arial"/>
          <w:color w:val="000000" w:themeColor="text1"/>
          <w:sz w:val="24"/>
          <w:szCs w:val="24"/>
        </w:rPr>
        <w:t xml:space="preserve"> </w:t>
      </w:r>
      <w:proofErr w:type="spellStart"/>
      <w:r w:rsidRPr="00EF7637">
        <w:rPr>
          <w:rFonts w:cs="Arial"/>
          <w:color w:val="000000" w:themeColor="text1"/>
          <w:sz w:val="24"/>
          <w:szCs w:val="24"/>
        </w:rPr>
        <w:t>Pelatihan</w:t>
      </w:r>
      <w:proofErr w:type="spellEnd"/>
      <w:r w:rsidR="00B11529">
        <w:rPr>
          <w:rFonts w:cs="Arial"/>
          <w:color w:val="000000" w:themeColor="text1"/>
          <w:sz w:val="24"/>
          <w:szCs w:val="24"/>
        </w:rPr>
        <w:t>/</w:t>
      </w:r>
      <w:proofErr w:type="spellStart"/>
      <w:r w:rsidR="00B11529">
        <w:rPr>
          <w:rFonts w:cs="Arial"/>
          <w:color w:val="000000" w:themeColor="text1"/>
          <w:sz w:val="24"/>
          <w:szCs w:val="24"/>
        </w:rPr>
        <w:t>Kompetensi</w:t>
      </w:r>
      <w:proofErr w:type="spellEnd"/>
      <w:r w:rsidR="00B11529">
        <w:rPr>
          <w:rFonts w:cs="Arial"/>
          <w:color w:val="000000" w:themeColor="text1"/>
          <w:sz w:val="24"/>
          <w:szCs w:val="24"/>
        </w:rPr>
        <w:t xml:space="preserve"> </w:t>
      </w:r>
    </w:p>
    <w:p w14:paraId="00078049" w14:textId="6CCC7C62" w:rsidR="008B4B8A" w:rsidRPr="00EF7637" w:rsidRDefault="003C6675" w:rsidP="008B4B8A">
      <w:pPr>
        <w:pStyle w:val="ListBullet"/>
        <w:numPr>
          <w:ilvl w:val="0"/>
          <w:numId w:val="21"/>
        </w:numPr>
        <w:tabs>
          <w:tab w:val="num" w:pos="1134"/>
        </w:tabs>
        <w:spacing w:after="0"/>
        <w:rPr>
          <w:rFonts w:cs="Arial"/>
          <w:color w:val="000000" w:themeColor="text1"/>
          <w:sz w:val="24"/>
          <w:szCs w:val="24"/>
        </w:rPr>
      </w:pPr>
      <w:r w:rsidRPr="000B3099">
        <w:rPr>
          <w:rFonts w:cs="Arial"/>
          <w:color w:val="000000" w:themeColor="text1"/>
          <w:sz w:val="24"/>
          <w:szCs w:val="24"/>
        </w:rPr>
        <w:t xml:space="preserve">Surat </w:t>
      </w:r>
      <w:proofErr w:type="spellStart"/>
      <w:r w:rsidRPr="000B3099">
        <w:rPr>
          <w:rFonts w:cs="Arial"/>
          <w:color w:val="000000" w:themeColor="text1"/>
          <w:sz w:val="24"/>
          <w:szCs w:val="24"/>
        </w:rPr>
        <w:t>Pengalaman</w:t>
      </w:r>
      <w:proofErr w:type="spellEnd"/>
      <w:r w:rsidRPr="000B3099">
        <w:rPr>
          <w:rFonts w:cs="Arial"/>
          <w:color w:val="000000" w:themeColor="text1"/>
          <w:sz w:val="24"/>
          <w:szCs w:val="24"/>
        </w:rPr>
        <w:t xml:space="preserve"> </w:t>
      </w:r>
      <w:proofErr w:type="spellStart"/>
      <w:r w:rsidRPr="000B3099">
        <w:rPr>
          <w:rFonts w:cs="Arial"/>
          <w:color w:val="000000" w:themeColor="text1"/>
          <w:sz w:val="24"/>
          <w:szCs w:val="24"/>
        </w:rPr>
        <w:t>kerja</w:t>
      </w:r>
      <w:proofErr w:type="spellEnd"/>
      <w:r w:rsidRPr="000B3099">
        <w:rPr>
          <w:rFonts w:cs="Arial"/>
          <w:color w:val="000000" w:themeColor="text1"/>
          <w:sz w:val="24"/>
          <w:szCs w:val="24"/>
        </w:rPr>
        <w:t xml:space="preserve"> yang </w:t>
      </w:r>
      <w:proofErr w:type="spellStart"/>
      <w:r w:rsidRPr="000B3099">
        <w:rPr>
          <w:rFonts w:cs="Arial"/>
          <w:color w:val="000000" w:themeColor="text1"/>
          <w:sz w:val="24"/>
          <w:szCs w:val="24"/>
        </w:rPr>
        <w:t>diterbitkan</w:t>
      </w:r>
      <w:proofErr w:type="spellEnd"/>
      <w:r w:rsidRPr="000B3099">
        <w:rPr>
          <w:rFonts w:cs="Arial"/>
          <w:color w:val="000000" w:themeColor="text1"/>
          <w:sz w:val="24"/>
          <w:szCs w:val="24"/>
        </w:rPr>
        <w:t xml:space="preserve"> dan </w:t>
      </w:r>
      <w:proofErr w:type="spellStart"/>
      <w:r w:rsidRPr="000B3099">
        <w:rPr>
          <w:rFonts w:cs="Arial"/>
          <w:color w:val="000000" w:themeColor="text1"/>
          <w:sz w:val="24"/>
          <w:szCs w:val="24"/>
        </w:rPr>
        <w:t>ditandatangani</w:t>
      </w:r>
      <w:proofErr w:type="spellEnd"/>
      <w:r w:rsidRPr="000B3099">
        <w:rPr>
          <w:rFonts w:cs="Arial"/>
          <w:color w:val="000000" w:themeColor="text1"/>
          <w:sz w:val="24"/>
          <w:szCs w:val="24"/>
        </w:rPr>
        <w:t xml:space="preserve"> oleh </w:t>
      </w:r>
      <w:proofErr w:type="spellStart"/>
      <w:r w:rsidRPr="000B3099">
        <w:rPr>
          <w:rFonts w:cs="Arial"/>
          <w:color w:val="000000" w:themeColor="text1"/>
          <w:sz w:val="24"/>
          <w:szCs w:val="24"/>
        </w:rPr>
        <w:t>pimpinan</w:t>
      </w:r>
      <w:proofErr w:type="spellEnd"/>
      <w:r w:rsidRPr="000B3099">
        <w:rPr>
          <w:rFonts w:cs="Arial"/>
          <w:color w:val="000000" w:themeColor="text1"/>
          <w:sz w:val="24"/>
          <w:szCs w:val="24"/>
        </w:rPr>
        <w:t xml:space="preserve"> unit </w:t>
      </w:r>
      <w:proofErr w:type="spellStart"/>
      <w:r w:rsidRPr="000B3099">
        <w:rPr>
          <w:rFonts w:cs="Arial"/>
          <w:color w:val="000000" w:themeColor="text1"/>
          <w:sz w:val="24"/>
          <w:szCs w:val="24"/>
        </w:rPr>
        <w:t>kerja</w:t>
      </w:r>
      <w:proofErr w:type="spellEnd"/>
      <w:r w:rsidRPr="000B3099">
        <w:rPr>
          <w:rFonts w:cs="Arial"/>
          <w:color w:val="000000" w:themeColor="text1"/>
          <w:sz w:val="24"/>
          <w:szCs w:val="24"/>
        </w:rPr>
        <w:t xml:space="preserve"> </w:t>
      </w:r>
      <w:proofErr w:type="spellStart"/>
      <w:r w:rsidRPr="000B3099">
        <w:rPr>
          <w:rFonts w:cs="Arial"/>
          <w:color w:val="000000" w:themeColor="text1"/>
          <w:sz w:val="24"/>
          <w:szCs w:val="24"/>
        </w:rPr>
        <w:t>pelayanan</w:t>
      </w:r>
      <w:proofErr w:type="spellEnd"/>
      <w:r w:rsidRPr="000B3099">
        <w:rPr>
          <w:rFonts w:cs="Arial"/>
          <w:color w:val="000000" w:themeColor="text1"/>
          <w:sz w:val="24"/>
          <w:szCs w:val="24"/>
        </w:rPr>
        <w:t xml:space="preserve"> Kesehatan </w:t>
      </w:r>
      <w:proofErr w:type="spellStart"/>
      <w:r w:rsidRPr="000B3099">
        <w:rPr>
          <w:rFonts w:cs="Arial"/>
          <w:color w:val="000000" w:themeColor="text1"/>
          <w:sz w:val="24"/>
          <w:szCs w:val="24"/>
        </w:rPr>
        <w:t>lingkup</w:t>
      </w:r>
      <w:proofErr w:type="spellEnd"/>
      <w:r w:rsidRPr="000B3099">
        <w:rPr>
          <w:rFonts w:cs="Arial"/>
          <w:color w:val="000000" w:themeColor="text1"/>
          <w:sz w:val="24"/>
          <w:szCs w:val="24"/>
        </w:rPr>
        <w:t xml:space="preserve"> </w:t>
      </w:r>
      <w:r>
        <w:rPr>
          <w:rFonts w:cs="Arial"/>
          <w:color w:val="000000" w:themeColor="text1"/>
          <w:sz w:val="24"/>
          <w:szCs w:val="24"/>
        </w:rPr>
        <w:t>D</w:t>
      </w:r>
      <w:r w:rsidRPr="000B3099">
        <w:rPr>
          <w:rFonts w:cs="Arial"/>
          <w:color w:val="000000" w:themeColor="text1"/>
          <w:sz w:val="24"/>
          <w:szCs w:val="24"/>
        </w:rPr>
        <w:t xml:space="preserve">inas </w:t>
      </w:r>
      <w:r>
        <w:rPr>
          <w:rFonts w:cs="Arial"/>
          <w:color w:val="000000" w:themeColor="text1"/>
          <w:sz w:val="24"/>
          <w:szCs w:val="24"/>
        </w:rPr>
        <w:t>K</w:t>
      </w:r>
      <w:r w:rsidRPr="000B3099">
        <w:rPr>
          <w:rFonts w:cs="Arial"/>
          <w:color w:val="000000" w:themeColor="text1"/>
          <w:sz w:val="24"/>
          <w:szCs w:val="24"/>
        </w:rPr>
        <w:t xml:space="preserve">esehatan </w:t>
      </w:r>
      <w:proofErr w:type="spellStart"/>
      <w:r w:rsidRPr="000B3099">
        <w:rPr>
          <w:rFonts w:cs="Arial"/>
          <w:color w:val="000000" w:themeColor="text1"/>
          <w:sz w:val="24"/>
          <w:szCs w:val="24"/>
        </w:rPr>
        <w:t>Kab</w:t>
      </w:r>
      <w:proofErr w:type="spellEnd"/>
      <w:r w:rsidRPr="000B3099">
        <w:rPr>
          <w:rFonts w:cs="Arial"/>
          <w:color w:val="000000" w:themeColor="text1"/>
          <w:sz w:val="24"/>
          <w:szCs w:val="24"/>
        </w:rPr>
        <w:t xml:space="preserve">. </w:t>
      </w:r>
      <w:proofErr w:type="spellStart"/>
      <w:r w:rsidRPr="000B3099">
        <w:rPr>
          <w:rFonts w:cs="Arial"/>
          <w:color w:val="000000" w:themeColor="text1"/>
          <w:sz w:val="24"/>
          <w:szCs w:val="24"/>
        </w:rPr>
        <w:t>Ngawi</w:t>
      </w:r>
      <w:proofErr w:type="spellEnd"/>
      <w:r w:rsidRPr="00EF7637">
        <w:rPr>
          <w:rFonts w:cs="Arial"/>
          <w:sz w:val="24"/>
          <w:szCs w:val="24"/>
        </w:rPr>
        <w:t xml:space="preserve"> </w:t>
      </w:r>
      <w:r w:rsidR="008B4B8A" w:rsidRPr="00EF7637">
        <w:rPr>
          <w:rFonts w:cs="Arial"/>
          <w:sz w:val="24"/>
          <w:szCs w:val="24"/>
        </w:rPr>
        <w:t>( Jika Ada )</w:t>
      </w:r>
    </w:p>
    <w:p w14:paraId="63C2C322" w14:textId="77777777" w:rsidR="008B4B8A" w:rsidRPr="008B4B8A" w:rsidRDefault="008B4B8A" w:rsidP="008B4B8A">
      <w:pPr>
        <w:pStyle w:val="ListBullet"/>
        <w:numPr>
          <w:ilvl w:val="0"/>
          <w:numId w:val="0"/>
        </w:numPr>
        <w:spacing w:after="0"/>
        <w:rPr>
          <w:rFonts w:cs="Arial"/>
          <w:color w:val="000000" w:themeColor="text1"/>
        </w:rPr>
      </w:pPr>
    </w:p>
    <w:p w14:paraId="3F87A874" w14:textId="77777777" w:rsidR="000767C0" w:rsidRPr="008E4EBA" w:rsidRDefault="000767C0" w:rsidP="000767C0">
      <w:pPr>
        <w:rPr>
          <w:rFonts w:cs="Arial"/>
          <w:color w:val="000000" w:themeColor="text1"/>
        </w:rPr>
      </w:pPr>
      <w:proofErr w:type="spellStart"/>
      <w:r w:rsidRPr="008E4EBA">
        <w:rPr>
          <w:rFonts w:cs="Arial"/>
          <w:color w:val="000000" w:themeColor="text1"/>
        </w:rPr>
        <w:t>Demikian</w:t>
      </w:r>
      <w:proofErr w:type="spellEnd"/>
      <w:r w:rsidRPr="008E4EBA">
        <w:rPr>
          <w:rFonts w:cs="Arial"/>
          <w:color w:val="000000" w:themeColor="text1"/>
        </w:rPr>
        <w:t xml:space="preserve"> </w:t>
      </w:r>
      <w:proofErr w:type="spellStart"/>
      <w:r w:rsidRPr="008E4EBA">
        <w:rPr>
          <w:rFonts w:cs="Arial"/>
          <w:color w:val="000000" w:themeColor="text1"/>
        </w:rPr>
        <w:t>surat</w:t>
      </w:r>
      <w:proofErr w:type="spellEnd"/>
      <w:r w:rsidRPr="008E4EBA">
        <w:rPr>
          <w:rFonts w:cs="Arial"/>
          <w:color w:val="000000" w:themeColor="text1"/>
        </w:rPr>
        <w:t xml:space="preserve"> </w:t>
      </w:r>
      <w:proofErr w:type="spellStart"/>
      <w:r w:rsidRPr="008E4EBA">
        <w:rPr>
          <w:rFonts w:cs="Arial"/>
          <w:color w:val="000000" w:themeColor="text1"/>
        </w:rPr>
        <w:t>lamaran</w:t>
      </w:r>
      <w:proofErr w:type="spellEnd"/>
      <w:r w:rsidRPr="008E4EBA">
        <w:rPr>
          <w:rFonts w:cs="Arial"/>
          <w:color w:val="000000" w:themeColor="text1"/>
        </w:rPr>
        <w:t xml:space="preserve"> </w:t>
      </w:r>
      <w:proofErr w:type="spellStart"/>
      <w:r w:rsidRPr="008E4EBA">
        <w:rPr>
          <w:rFonts w:cs="Arial"/>
          <w:color w:val="000000" w:themeColor="text1"/>
        </w:rPr>
        <w:t>ini</w:t>
      </w:r>
      <w:proofErr w:type="spellEnd"/>
      <w:r w:rsidRPr="008E4EBA">
        <w:rPr>
          <w:rFonts w:cs="Arial"/>
          <w:color w:val="000000" w:themeColor="text1"/>
        </w:rPr>
        <w:t xml:space="preserve"> </w:t>
      </w:r>
      <w:proofErr w:type="spellStart"/>
      <w:r w:rsidRPr="008E4EBA">
        <w:rPr>
          <w:rFonts w:cs="Arial"/>
          <w:color w:val="000000" w:themeColor="text1"/>
        </w:rPr>
        <w:t>saya</w:t>
      </w:r>
      <w:proofErr w:type="spellEnd"/>
      <w:r w:rsidRPr="008E4EBA">
        <w:rPr>
          <w:rFonts w:cs="Arial"/>
          <w:color w:val="000000" w:themeColor="text1"/>
        </w:rPr>
        <w:t xml:space="preserve"> </w:t>
      </w:r>
      <w:proofErr w:type="spellStart"/>
      <w:r w:rsidRPr="008E4EBA">
        <w:rPr>
          <w:rFonts w:cs="Arial"/>
          <w:color w:val="000000" w:themeColor="text1"/>
        </w:rPr>
        <w:t>buat</w:t>
      </w:r>
      <w:proofErr w:type="spellEnd"/>
      <w:r w:rsidRPr="008E4EBA">
        <w:rPr>
          <w:rFonts w:cs="Arial"/>
          <w:color w:val="000000" w:themeColor="text1"/>
        </w:rPr>
        <w:t xml:space="preserve"> </w:t>
      </w:r>
      <w:proofErr w:type="spellStart"/>
      <w:r w:rsidRPr="008E4EBA">
        <w:rPr>
          <w:rFonts w:cs="Arial"/>
          <w:color w:val="000000" w:themeColor="text1"/>
        </w:rPr>
        <w:t>dengan</w:t>
      </w:r>
      <w:proofErr w:type="spellEnd"/>
      <w:r w:rsidRPr="008E4EBA">
        <w:rPr>
          <w:rFonts w:cs="Arial"/>
          <w:color w:val="000000" w:themeColor="text1"/>
        </w:rPr>
        <w:t xml:space="preserve"> </w:t>
      </w:r>
      <w:proofErr w:type="spellStart"/>
      <w:r w:rsidRPr="008E4EBA">
        <w:rPr>
          <w:rFonts w:cs="Arial"/>
          <w:color w:val="000000" w:themeColor="text1"/>
        </w:rPr>
        <w:t>sebenar-benarnya</w:t>
      </w:r>
      <w:proofErr w:type="spellEnd"/>
      <w:r w:rsidRPr="008E4EBA">
        <w:rPr>
          <w:rFonts w:cs="Arial"/>
          <w:color w:val="000000" w:themeColor="text1"/>
        </w:rPr>
        <w:t xml:space="preserve">. Atas </w:t>
      </w:r>
      <w:proofErr w:type="spellStart"/>
      <w:r w:rsidRPr="008E4EBA">
        <w:rPr>
          <w:rFonts w:cs="Arial"/>
          <w:color w:val="000000" w:themeColor="text1"/>
        </w:rPr>
        <w:t>perhatian</w:t>
      </w:r>
      <w:proofErr w:type="spellEnd"/>
      <w:r w:rsidRPr="008E4EBA">
        <w:rPr>
          <w:rFonts w:cs="Arial"/>
          <w:color w:val="000000" w:themeColor="text1"/>
        </w:rPr>
        <w:t xml:space="preserve"> dan </w:t>
      </w:r>
      <w:proofErr w:type="spellStart"/>
      <w:r w:rsidRPr="008E4EBA">
        <w:rPr>
          <w:rFonts w:cs="Arial"/>
          <w:color w:val="000000" w:themeColor="text1"/>
        </w:rPr>
        <w:t>pertimbangannya</w:t>
      </w:r>
      <w:proofErr w:type="spellEnd"/>
      <w:r w:rsidRPr="008E4EBA">
        <w:rPr>
          <w:rFonts w:cs="Arial"/>
          <w:color w:val="000000" w:themeColor="text1"/>
        </w:rPr>
        <w:t xml:space="preserve">, </w:t>
      </w:r>
      <w:proofErr w:type="spellStart"/>
      <w:r w:rsidRPr="008E4EBA">
        <w:rPr>
          <w:rFonts w:cs="Arial"/>
          <w:color w:val="000000" w:themeColor="text1"/>
        </w:rPr>
        <w:t>saya</w:t>
      </w:r>
      <w:proofErr w:type="spellEnd"/>
      <w:r w:rsidRPr="008E4EBA">
        <w:rPr>
          <w:rFonts w:cs="Arial"/>
          <w:color w:val="000000" w:themeColor="text1"/>
        </w:rPr>
        <w:t xml:space="preserve"> </w:t>
      </w:r>
      <w:proofErr w:type="spellStart"/>
      <w:r w:rsidRPr="008E4EBA">
        <w:rPr>
          <w:rFonts w:cs="Arial"/>
          <w:color w:val="000000" w:themeColor="text1"/>
        </w:rPr>
        <w:t>ucapkan</w:t>
      </w:r>
      <w:proofErr w:type="spellEnd"/>
      <w:r w:rsidRPr="008E4EBA">
        <w:rPr>
          <w:rFonts w:cs="Arial"/>
          <w:color w:val="000000" w:themeColor="text1"/>
        </w:rPr>
        <w:t xml:space="preserve"> </w:t>
      </w:r>
      <w:proofErr w:type="spellStart"/>
      <w:r w:rsidRPr="008E4EBA">
        <w:rPr>
          <w:rFonts w:cs="Arial"/>
          <w:color w:val="000000" w:themeColor="text1"/>
        </w:rPr>
        <w:t>terima</w:t>
      </w:r>
      <w:proofErr w:type="spellEnd"/>
      <w:r w:rsidRPr="008E4EBA">
        <w:rPr>
          <w:rFonts w:cs="Arial"/>
          <w:color w:val="000000" w:themeColor="text1"/>
        </w:rPr>
        <w:t xml:space="preserve"> </w:t>
      </w:r>
      <w:proofErr w:type="spellStart"/>
      <w:r w:rsidRPr="008E4EBA">
        <w:rPr>
          <w:rFonts w:cs="Arial"/>
          <w:color w:val="000000" w:themeColor="text1"/>
        </w:rPr>
        <w:t>kasih</w:t>
      </w:r>
      <w:proofErr w:type="spellEnd"/>
      <w:r w:rsidRPr="008E4EBA">
        <w:rPr>
          <w:rFonts w:cs="Arial"/>
          <w:color w:val="000000" w:themeColor="text1"/>
        </w:rPr>
        <w:t>.</w:t>
      </w:r>
    </w:p>
    <w:p w14:paraId="52564A59" w14:textId="77777777" w:rsidR="000767C0" w:rsidRPr="008E4EBA" w:rsidRDefault="000767C0" w:rsidP="000767C0">
      <w:pPr>
        <w:ind w:left="1440"/>
        <w:jc w:val="center"/>
        <w:rPr>
          <w:rFonts w:cs="Arial"/>
          <w:b/>
          <w:color w:val="000000" w:themeColor="text1"/>
        </w:rPr>
      </w:pPr>
      <w:r w:rsidRPr="008E4EBA">
        <w:rPr>
          <w:rFonts w:cs="Arial"/>
          <w:b/>
          <w:noProof/>
          <w:color w:val="000000" w:themeColor="text1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0541C5FC" wp14:editId="47550925">
                <wp:simplePos x="0" y="0"/>
                <wp:positionH relativeFrom="column">
                  <wp:posOffset>2299497</wp:posOffset>
                </wp:positionH>
                <wp:positionV relativeFrom="paragraph">
                  <wp:posOffset>447675</wp:posOffset>
                </wp:positionV>
                <wp:extent cx="1052624" cy="669851"/>
                <wp:effectExtent l="0" t="0" r="14605" b="16510"/>
                <wp:wrapNone/>
                <wp:docPr id="1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52624" cy="669851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FC286FF" w14:textId="77777777" w:rsidR="000767C0" w:rsidRPr="008D6556" w:rsidRDefault="000767C0" w:rsidP="000767C0">
                            <w:pPr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  <w:proofErr w:type="spellStart"/>
                            <w:r w:rsidRPr="008D6556">
                              <w:rPr>
                                <w:sz w:val="18"/>
                                <w:szCs w:val="18"/>
                              </w:rPr>
                              <w:t>Materai</w:t>
                            </w:r>
                            <w:proofErr w:type="spellEnd"/>
                          </w:p>
                          <w:p w14:paraId="54C1A54D" w14:textId="77777777" w:rsidR="000767C0" w:rsidRPr="008D6556" w:rsidRDefault="000767C0" w:rsidP="000767C0">
                            <w:pPr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sz w:val="18"/>
                                <w:szCs w:val="18"/>
                              </w:rPr>
                              <w:t>Rp</w:t>
                            </w:r>
                            <w:r w:rsidRPr="008D6556">
                              <w:rPr>
                                <w:sz w:val="18"/>
                                <w:szCs w:val="18"/>
                              </w:rPr>
                              <w:t>10.000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541C5FC" id="Rectangle 1" o:spid="_x0000_s1026" style="position:absolute;left:0;text-align:left;margin-left:181.05pt;margin-top:35.25pt;width:82.9pt;height:52.7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" fillcolor="white [3201]" strokecolor="black [3200]" strokeweight="2pt">
                <v:textbox>
                  <w:txbxContent>
                    <w:p w14:paraId="2FC286FF" w14:textId="77777777" w:rsidR="000767C0" w:rsidRPr="008D6556" w:rsidRDefault="000767C0" w:rsidP="000767C0">
                      <w:pPr>
                        <w:jc w:val="center"/>
                        <w:rPr>
                          <w:sz w:val="18"/>
                          <w:szCs w:val="18"/>
                        </w:rPr>
                      </w:pPr>
                      <w:proofErr w:type="spellStart"/>
                      <w:r w:rsidRPr="008D6556">
                        <w:rPr>
                          <w:sz w:val="18"/>
                          <w:szCs w:val="18"/>
                        </w:rPr>
                        <w:t>Materai</w:t>
                      </w:r>
                      <w:proofErr w:type="spellEnd"/>
                    </w:p>
                    <w:p w14:paraId="54C1A54D" w14:textId="77777777" w:rsidR="000767C0" w:rsidRPr="008D6556" w:rsidRDefault="000767C0" w:rsidP="000767C0">
                      <w:pPr>
                        <w:jc w:val="center"/>
                        <w:rPr>
                          <w:sz w:val="18"/>
                          <w:szCs w:val="18"/>
                        </w:rPr>
                      </w:pPr>
                      <w:r>
                        <w:rPr>
                          <w:sz w:val="18"/>
                          <w:szCs w:val="18"/>
                        </w:rPr>
                        <w:t>Rp</w:t>
                      </w:r>
                      <w:r w:rsidRPr="008D6556">
                        <w:rPr>
                          <w:sz w:val="18"/>
                          <w:szCs w:val="18"/>
                        </w:rPr>
                        <w:t>10.000</w:t>
                      </w:r>
                    </w:p>
                  </w:txbxContent>
                </v:textbox>
              </v:rect>
            </w:pict>
          </mc:Fallback>
        </mc:AlternateContent>
      </w:r>
      <w:r w:rsidRPr="008E4EBA">
        <w:rPr>
          <w:rFonts w:cs="Arial"/>
          <w:b/>
          <w:color w:val="000000" w:themeColor="text1"/>
        </w:rPr>
        <w:br/>
        <w:t xml:space="preserve">Hormat </w:t>
      </w:r>
      <w:proofErr w:type="spellStart"/>
      <w:r w:rsidRPr="008E4EBA">
        <w:rPr>
          <w:rFonts w:cs="Arial"/>
          <w:b/>
          <w:color w:val="000000" w:themeColor="text1"/>
        </w:rPr>
        <w:t>saya</w:t>
      </w:r>
      <w:proofErr w:type="spellEnd"/>
      <w:r w:rsidRPr="008E4EBA">
        <w:rPr>
          <w:rFonts w:cs="Arial"/>
          <w:b/>
          <w:color w:val="000000" w:themeColor="text1"/>
        </w:rPr>
        <w:t>,</w:t>
      </w:r>
      <w:r w:rsidRPr="008E4EBA">
        <w:rPr>
          <w:rFonts w:cs="Arial"/>
          <w:b/>
          <w:color w:val="000000" w:themeColor="text1"/>
        </w:rPr>
        <w:br/>
      </w:r>
      <w:r w:rsidRPr="008E4EBA">
        <w:rPr>
          <w:rFonts w:cs="Arial"/>
          <w:b/>
          <w:color w:val="000000" w:themeColor="text1"/>
        </w:rPr>
        <w:br/>
      </w:r>
    </w:p>
    <w:p w14:paraId="536F1ADD" w14:textId="77777777" w:rsidR="000767C0" w:rsidRPr="008E4EBA" w:rsidRDefault="000767C0" w:rsidP="000767C0">
      <w:pPr>
        <w:ind w:left="1440"/>
        <w:jc w:val="center"/>
        <w:rPr>
          <w:rFonts w:cs="Arial"/>
          <w:b/>
          <w:color w:val="000000" w:themeColor="text1"/>
        </w:rPr>
      </w:pPr>
    </w:p>
    <w:p w14:paraId="28DA108B" w14:textId="509BAC77" w:rsidR="002834C2" w:rsidRDefault="000767C0" w:rsidP="00DB22E1">
      <w:pPr>
        <w:ind w:left="1440"/>
        <w:jc w:val="center"/>
        <w:rPr>
          <w:rFonts w:cs="Arial"/>
          <w:color w:val="000000" w:themeColor="text1"/>
        </w:rPr>
      </w:pPr>
      <w:r w:rsidRPr="008E4EBA">
        <w:rPr>
          <w:rFonts w:cs="Arial"/>
          <w:b/>
          <w:color w:val="000000" w:themeColor="text1"/>
        </w:rPr>
        <w:br/>
      </w:r>
      <w:r w:rsidRPr="008E4EBA">
        <w:rPr>
          <w:rFonts w:cs="Arial"/>
          <w:color w:val="000000" w:themeColor="text1"/>
          <w:u w:val="single"/>
        </w:rPr>
        <w:t>........................................</w:t>
      </w:r>
      <w:r w:rsidRPr="008E4EBA">
        <w:rPr>
          <w:rFonts w:cs="Arial"/>
          <w:b/>
          <w:color w:val="000000" w:themeColor="text1"/>
        </w:rPr>
        <w:br/>
      </w:r>
    </w:p>
    <w:p w14:paraId="7F343362" w14:textId="77777777" w:rsidR="002834C2" w:rsidRDefault="002834C2">
      <w:pPr>
        <w:spacing w:after="200"/>
        <w:rPr>
          <w:rFonts w:cs="Arial"/>
          <w:color w:val="000000" w:themeColor="text1"/>
        </w:rPr>
      </w:pPr>
      <w:r>
        <w:rPr>
          <w:rFonts w:cs="Arial"/>
          <w:color w:val="000000" w:themeColor="text1"/>
        </w:rPr>
        <w:br w:type="page"/>
      </w:r>
    </w:p>
    <w:p w14:paraId="10A434DC" w14:textId="77777777" w:rsidR="002834C2" w:rsidRPr="006F1FCC" w:rsidRDefault="002834C2" w:rsidP="002834C2">
      <w:pPr>
        <w:jc w:val="center"/>
        <w:rPr>
          <w:rFonts w:cs="Arial"/>
          <w:b/>
          <w:sz w:val="28"/>
          <w:szCs w:val="28"/>
          <w:u w:val="single"/>
          <w:lang w:val="sv-SE"/>
        </w:rPr>
      </w:pPr>
      <w:r w:rsidRPr="006F1FCC">
        <w:rPr>
          <w:rFonts w:cs="Arial"/>
          <w:b/>
          <w:sz w:val="28"/>
          <w:szCs w:val="28"/>
          <w:u w:val="single"/>
          <w:lang w:val="sv-SE"/>
        </w:rPr>
        <w:lastRenderedPageBreak/>
        <w:t>SURAT PERNYATAAN</w:t>
      </w:r>
    </w:p>
    <w:p w14:paraId="068C91F3" w14:textId="77777777" w:rsidR="002834C2" w:rsidRPr="006F1FCC" w:rsidRDefault="002834C2" w:rsidP="002834C2">
      <w:pPr>
        <w:rPr>
          <w:rFonts w:cs="Arial"/>
          <w:lang w:val="sv-SE"/>
        </w:rPr>
      </w:pPr>
    </w:p>
    <w:p w14:paraId="59C7C954" w14:textId="77777777" w:rsidR="002834C2" w:rsidRPr="006F1FCC" w:rsidRDefault="002834C2" w:rsidP="002834C2">
      <w:pPr>
        <w:tabs>
          <w:tab w:val="left" w:pos="142"/>
        </w:tabs>
        <w:jc w:val="both"/>
        <w:rPr>
          <w:rFonts w:cs="Arial"/>
          <w:lang w:val="sv-SE"/>
        </w:rPr>
      </w:pPr>
      <w:r w:rsidRPr="006F1FCC">
        <w:rPr>
          <w:rFonts w:cs="Arial"/>
          <w:lang w:val="sv-SE"/>
        </w:rPr>
        <w:tab/>
        <w:t>Yang bertanda tangan di bawah ini :</w:t>
      </w:r>
    </w:p>
    <w:p w14:paraId="6083823E" w14:textId="77777777" w:rsidR="002834C2" w:rsidRPr="00851A80" w:rsidRDefault="002834C2" w:rsidP="002834C2">
      <w:pPr>
        <w:ind w:left="426"/>
        <w:jc w:val="both"/>
        <w:rPr>
          <w:rFonts w:cs="Arial"/>
        </w:rPr>
      </w:pPr>
      <w:r w:rsidRPr="006F1FCC">
        <w:rPr>
          <w:rFonts w:cs="Arial"/>
          <w:lang w:val="sv-SE"/>
        </w:rPr>
        <w:t>Nama</w:t>
      </w:r>
      <w:r w:rsidRPr="006F1FCC">
        <w:rPr>
          <w:rFonts w:cs="Arial"/>
          <w:lang w:val="sv-SE"/>
        </w:rPr>
        <w:tab/>
      </w:r>
      <w:r w:rsidRPr="006F1FCC">
        <w:rPr>
          <w:rFonts w:cs="Arial"/>
          <w:lang w:val="sv-SE"/>
        </w:rPr>
        <w:tab/>
      </w:r>
      <w:r w:rsidRPr="006F1FCC">
        <w:rPr>
          <w:rFonts w:cs="Arial"/>
          <w:lang w:val="sv-SE"/>
        </w:rPr>
        <w:tab/>
      </w:r>
      <w:r w:rsidRPr="006F1FCC">
        <w:rPr>
          <w:rFonts w:cs="Arial"/>
          <w:lang w:val="sv-SE"/>
        </w:rPr>
        <w:tab/>
        <w:t>:</w:t>
      </w:r>
      <w:r>
        <w:rPr>
          <w:rFonts w:cs="Arial"/>
        </w:rPr>
        <w:t xml:space="preserve"> ...............................................</w:t>
      </w:r>
    </w:p>
    <w:p w14:paraId="30285F7D" w14:textId="77777777" w:rsidR="002834C2" w:rsidRPr="00851A80" w:rsidRDefault="002834C2" w:rsidP="002834C2">
      <w:pPr>
        <w:ind w:left="426"/>
        <w:jc w:val="both"/>
        <w:rPr>
          <w:rFonts w:cs="Arial"/>
        </w:rPr>
      </w:pPr>
      <w:r w:rsidRPr="006F1FCC">
        <w:rPr>
          <w:rFonts w:cs="Arial"/>
          <w:lang w:val="sv-SE"/>
        </w:rPr>
        <w:t>Pendidikan</w:t>
      </w:r>
      <w:r w:rsidRPr="006F1FCC">
        <w:rPr>
          <w:rFonts w:cs="Arial"/>
          <w:lang w:val="sv-SE"/>
        </w:rPr>
        <w:tab/>
      </w:r>
      <w:r w:rsidRPr="006F1FCC">
        <w:rPr>
          <w:rFonts w:cs="Arial"/>
          <w:lang w:val="sv-SE"/>
        </w:rPr>
        <w:tab/>
      </w:r>
      <w:r w:rsidRPr="006F1FCC">
        <w:rPr>
          <w:rFonts w:cs="Arial"/>
          <w:lang w:val="sv-SE"/>
        </w:rPr>
        <w:tab/>
        <w:t>:</w:t>
      </w:r>
      <w:r>
        <w:rPr>
          <w:rFonts w:cs="Arial"/>
        </w:rPr>
        <w:t xml:space="preserve"> ...............................................</w:t>
      </w:r>
    </w:p>
    <w:p w14:paraId="17E40585" w14:textId="77777777" w:rsidR="002834C2" w:rsidRPr="00851A80" w:rsidRDefault="002834C2" w:rsidP="002834C2">
      <w:pPr>
        <w:ind w:left="426"/>
        <w:jc w:val="both"/>
        <w:rPr>
          <w:rFonts w:cs="Arial"/>
        </w:rPr>
      </w:pPr>
      <w:r w:rsidRPr="006F1FCC">
        <w:rPr>
          <w:rFonts w:cs="Arial"/>
          <w:lang w:val="sv-SE"/>
        </w:rPr>
        <w:t>Tempat / Tanggal Lahir</w:t>
      </w:r>
      <w:r w:rsidRPr="006F1FCC">
        <w:rPr>
          <w:rFonts w:cs="Arial"/>
          <w:lang w:val="sv-SE"/>
        </w:rPr>
        <w:tab/>
      </w:r>
      <w:r w:rsidRPr="006F1FCC">
        <w:rPr>
          <w:rFonts w:cs="Arial"/>
        </w:rPr>
        <w:tab/>
      </w:r>
      <w:r w:rsidRPr="006F1FCC">
        <w:rPr>
          <w:rFonts w:cs="Arial"/>
          <w:lang w:val="sv-SE"/>
        </w:rPr>
        <w:t>:</w:t>
      </w:r>
      <w:r>
        <w:rPr>
          <w:rFonts w:cs="Arial"/>
        </w:rPr>
        <w:t xml:space="preserve"> ...............................................</w:t>
      </w:r>
    </w:p>
    <w:p w14:paraId="21B48141" w14:textId="77777777" w:rsidR="002834C2" w:rsidRPr="00851A80" w:rsidRDefault="002834C2" w:rsidP="002834C2">
      <w:pPr>
        <w:ind w:left="426"/>
        <w:jc w:val="both"/>
        <w:rPr>
          <w:rFonts w:cs="Arial"/>
        </w:rPr>
      </w:pPr>
      <w:r w:rsidRPr="006F1FCC">
        <w:rPr>
          <w:rFonts w:cs="Arial"/>
          <w:lang w:val="sv-SE"/>
        </w:rPr>
        <w:t>Alamat</w:t>
      </w:r>
      <w:r w:rsidRPr="006F1FCC">
        <w:rPr>
          <w:rFonts w:cs="Arial"/>
          <w:lang w:val="sv-SE"/>
        </w:rPr>
        <w:tab/>
      </w:r>
      <w:r w:rsidRPr="006F1FCC">
        <w:rPr>
          <w:rFonts w:cs="Arial"/>
          <w:lang w:val="sv-SE"/>
        </w:rPr>
        <w:tab/>
      </w:r>
      <w:r w:rsidRPr="006F1FCC">
        <w:rPr>
          <w:rFonts w:cs="Arial"/>
          <w:lang w:val="sv-SE"/>
        </w:rPr>
        <w:tab/>
      </w:r>
      <w:r w:rsidRPr="006F1FCC">
        <w:rPr>
          <w:rFonts w:cs="Arial"/>
          <w:lang w:val="sv-SE"/>
        </w:rPr>
        <w:tab/>
        <w:t>:</w:t>
      </w:r>
      <w:r>
        <w:rPr>
          <w:rFonts w:cs="Arial"/>
        </w:rPr>
        <w:t xml:space="preserve"> ...............................................</w:t>
      </w:r>
    </w:p>
    <w:p w14:paraId="24CF6E76" w14:textId="77777777" w:rsidR="002834C2" w:rsidRPr="006F1FCC" w:rsidRDefault="002834C2" w:rsidP="002834C2">
      <w:pPr>
        <w:ind w:left="720"/>
        <w:jc w:val="both"/>
        <w:rPr>
          <w:rFonts w:cs="Arial"/>
          <w:lang w:val="sv-SE"/>
        </w:rPr>
      </w:pPr>
    </w:p>
    <w:p w14:paraId="44CD6229" w14:textId="77777777" w:rsidR="002834C2" w:rsidRPr="006F1FCC" w:rsidRDefault="002834C2" w:rsidP="002834C2">
      <w:pPr>
        <w:ind w:left="142"/>
        <w:jc w:val="both"/>
        <w:rPr>
          <w:rFonts w:cs="Arial"/>
        </w:rPr>
      </w:pPr>
      <w:r w:rsidRPr="006F1FCC">
        <w:rPr>
          <w:rFonts w:cs="Arial"/>
          <w:lang w:val="sv-SE"/>
        </w:rPr>
        <w:t>Dengan ini menyatakan dengan sebenarnya bahwa saya :</w:t>
      </w:r>
    </w:p>
    <w:p w14:paraId="163B88B4" w14:textId="1BE383EE" w:rsidR="002834C2" w:rsidRPr="006F1FCC" w:rsidRDefault="002834C2" w:rsidP="002834C2">
      <w:pPr>
        <w:pStyle w:val="ListParagraph"/>
        <w:numPr>
          <w:ilvl w:val="0"/>
          <w:numId w:val="27"/>
        </w:numPr>
        <w:spacing w:before="240" w:after="240"/>
        <w:contextualSpacing w:val="0"/>
        <w:jc w:val="both"/>
        <w:rPr>
          <w:rFonts w:cs="Arial"/>
          <w:lang w:val="pt-BR"/>
        </w:rPr>
      </w:pPr>
      <w:r>
        <w:rPr>
          <w:rFonts w:cs="Arial"/>
          <w:lang w:val="sv-SE"/>
        </w:rPr>
        <w:t>Bersedia</w:t>
      </w:r>
      <w:r>
        <w:rPr>
          <w:rFonts w:cs="Arial"/>
        </w:rPr>
        <w:t xml:space="preserve"> </w:t>
      </w:r>
      <w:proofErr w:type="spellStart"/>
      <w:r w:rsidRPr="006F1FCC">
        <w:rPr>
          <w:rFonts w:cs="Arial"/>
        </w:rPr>
        <w:t>bertugas</w:t>
      </w:r>
      <w:proofErr w:type="spellEnd"/>
      <w:r>
        <w:rPr>
          <w:rFonts w:cs="Arial"/>
        </w:rPr>
        <w:t xml:space="preserve"> </w:t>
      </w:r>
      <w:r w:rsidRPr="006F1FCC">
        <w:rPr>
          <w:rFonts w:cs="Arial"/>
        </w:rPr>
        <w:t xml:space="preserve">di </w:t>
      </w:r>
      <w:proofErr w:type="spellStart"/>
      <w:r>
        <w:rPr>
          <w:rFonts w:cs="Arial"/>
        </w:rPr>
        <w:t>tempat</w:t>
      </w:r>
      <w:proofErr w:type="spellEnd"/>
      <w:r>
        <w:rPr>
          <w:rFonts w:cs="Arial"/>
        </w:rPr>
        <w:t xml:space="preserve"> </w:t>
      </w:r>
      <w:proofErr w:type="spellStart"/>
      <w:r>
        <w:rPr>
          <w:rFonts w:cs="Arial"/>
        </w:rPr>
        <w:t>p</w:t>
      </w:r>
      <w:r w:rsidRPr="006F1FCC">
        <w:rPr>
          <w:rFonts w:cs="Arial"/>
        </w:rPr>
        <w:t>enugasan</w:t>
      </w:r>
      <w:proofErr w:type="spellEnd"/>
      <w:r>
        <w:rPr>
          <w:rFonts w:cs="Arial"/>
        </w:rPr>
        <w:t xml:space="preserve"> </w:t>
      </w:r>
      <w:proofErr w:type="spellStart"/>
      <w:r w:rsidRPr="006F1FCC">
        <w:rPr>
          <w:rFonts w:cs="Arial"/>
        </w:rPr>
        <w:t>sesuai</w:t>
      </w:r>
      <w:proofErr w:type="spellEnd"/>
      <w:r>
        <w:rPr>
          <w:rFonts w:cs="Arial"/>
        </w:rPr>
        <w:t xml:space="preserve"> </w:t>
      </w:r>
      <w:proofErr w:type="spellStart"/>
      <w:r w:rsidRPr="006F1FCC">
        <w:rPr>
          <w:rFonts w:cs="Arial"/>
        </w:rPr>
        <w:t>dengan</w:t>
      </w:r>
      <w:proofErr w:type="spellEnd"/>
      <w:r>
        <w:rPr>
          <w:rFonts w:cs="Arial"/>
        </w:rPr>
        <w:t xml:space="preserve"> </w:t>
      </w:r>
      <w:proofErr w:type="spellStart"/>
      <w:r w:rsidRPr="006F1FCC">
        <w:rPr>
          <w:rFonts w:cs="Arial"/>
        </w:rPr>
        <w:t>kebutuhan</w:t>
      </w:r>
      <w:proofErr w:type="spellEnd"/>
      <w:r>
        <w:rPr>
          <w:rFonts w:cs="Arial"/>
        </w:rPr>
        <w:t xml:space="preserve">  </w:t>
      </w:r>
      <w:proofErr w:type="spellStart"/>
      <w:r w:rsidRPr="006F1FCC">
        <w:rPr>
          <w:rFonts w:cs="Arial"/>
        </w:rPr>
        <w:t>Puskesmas</w:t>
      </w:r>
      <w:proofErr w:type="spellEnd"/>
      <w:r>
        <w:rPr>
          <w:rFonts w:cs="Arial"/>
        </w:rPr>
        <w:t xml:space="preserve"> Paron</w:t>
      </w:r>
    </w:p>
    <w:p w14:paraId="04F811A6" w14:textId="77777777" w:rsidR="002834C2" w:rsidRPr="006F1FCC" w:rsidRDefault="002834C2" w:rsidP="002834C2">
      <w:pPr>
        <w:pStyle w:val="ListParagraph"/>
        <w:numPr>
          <w:ilvl w:val="0"/>
          <w:numId w:val="27"/>
        </w:numPr>
        <w:spacing w:before="240" w:after="240"/>
        <w:contextualSpacing w:val="0"/>
        <w:jc w:val="both"/>
        <w:rPr>
          <w:rFonts w:cs="Arial"/>
          <w:lang w:val="sv-SE"/>
        </w:rPr>
      </w:pPr>
      <w:r w:rsidRPr="006F1FCC">
        <w:rPr>
          <w:rFonts w:cs="Arial"/>
          <w:lang w:val="sv-SE"/>
        </w:rPr>
        <w:t xml:space="preserve">Tidak menuntut </w:t>
      </w:r>
      <w:proofErr w:type="spellStart"/>
      <w:r w:rsidRPr="006F1FCC">
        <w:rPr>
          <w:rFonts w:cs="Arial"/>
        </w:rPr>
        <w:t>diangkat</w:t>
      </w:r>
      <w:proofErr w:type="spellEnd"/>
      <w:r>
        <w:rPr>
          <w:rFonts w:cs="Arial"/>
        </w:rPr>
        <w:t xml:space="preserve"> </w:t>
      </w:r>
      <w:proofErr w:type="spellStart"/>
      <w:r w:rsidRPr="006F1FCC">
        <w:rPr>
          <w:rFonts w:cs="Arial"/>
        </w:rPr>
        <w:t>sebagai</w:t>
      </w:r>
      <w:proofErr w:type="spellEnd"/>
      <w:r>
        <w:rPr>
          <w:rFonts w:cs="Arial"/>
        </w:rPr>
        <w:t xml:space="preserve"> </w:t>
      </w:r>
      <w:r w:rsidRPr="006F1FCC">
        <w:rPr>
          <w:rFonts w:cs="Arial"/>
        </w:rPr>
        <w:t>Calon</w:t>
      </w:r>
      <w:r>
        <w:rPr>
          <w:rFonts w:cs="Arial"/>
        </w:rPr>
        <w:t xml:space="preserve"> </w:t>
      </w:r>
      <w:proofErr w:type="spellStart"/>
      <w:r>
        <w:rPr>
          <w:rFonts w:cs="Arial"/>
        </w:rPr>
        <w:t>Aparatur</w:t>
      </w:r>
      <w:proofErr w:type="spellEnd"/>
      <w:r>
        <w:rPr>
          <w:rFonts w:cs="Arial"/>
        </w:rPr>
        <w:t xml:space="preserve"> </w:t>
      </w:r>
      <w:proofErr w:type="spellStart"/>
      <w:r>
        <w:rPr>
          <w:rFonts w:cs="Arial"/>
        </w:rPr>
        <w:t>Sipil</w:t>
      </w:r>
      <w:proofErr w:type="spellEnd"/>
      <w:r>
        <w:rPr>
          <w:rFonts w:cs="Arial"/>
        </w:rPr>
        <w:t xml:space="preserve"> Negara</w:t>
      </w:r>
    </w:p>
    <w:p w14:paraId="3BC9BFE2" w14:textId="77777777" w:rsidR="002834C2" w:rsidRPr="006F1FCC" w:rsidRDefault="002834C2" w:rsidP="002834C2">
      <w:pPr>
        <w:pStyle w:val="ListParagraph"/>
        <w:numPr>
          <w:ilvl w:val="0"/>
          <w:numId w:val="27"/>
        </w:numPr>
        <w:spacing w:before="240" w:after="240"/>
        <w:contextualSpacing w:val="0"/>
        <w:jc w:val="both"/>
        <w:rPr>
          <w:rFonts w:cs="Arial"/>
          <w:lang w:val="sv-SE"/>
        </w:rPr>
      </w:pPr>
      <w:proofErr w:type="spellStart"/>
      <w:r w:rsidRPr="006F1FCC">
        <w:rPr>
          <w:rFonts w:cs="Arial"/>
        </w:rPr>
        <w:t>Mentaati</w:t>
      </w:r>
      <w:proofErr w:type="spellEnd"/>
      <w:r>
        <w:rPr>
          <w:rFonts w:cs="Arial"/>
        </w:rPr>
        <w:t xml:space="preserve"> </w:t>
      </w:r>
      <w:proofErr w:type="spellStart"/>
      <w:r w:rsidRPr="006F1FCC">
        <w:rPr>
          <w:rFonts w:cs="Arial"/>
        </w:rPr>
        <w:t>Peraturan</w:t>
      </w:r>
      <w:proofErr w:type="spellEnd"/>
      <w:r>
        <w:rPr>
          <w:rFonts w:cs="Arial"/>
        </w:rPr>
        <w:t xml:space="preserve"> </w:t>
      </w:r>
      <w:r w:rsidRPr="006F1FCC">
        <w:rPr>
          <w:rFonts w:cs="Arial"/>
        </w:rPr>
        <w:t>dan</w:t>
      </w:r>
      <w:r>
        <w:rPr>
          <w:rFonts w:cs="Arial"/>
        </w:rPr>
        <w:t xml:space="preserve"> </w:t>
      </w:r>
      <w:proofErr w:type="spellStart"/>
      <w:r w:rsidRPr="006F1FCC">
        <w:rPr>
          <w:rFonts w:cs="Arial"/>
        </w:rPr>
        <w:t>Pe</w:t>
      </w:r>
      <w:r>
        <w:rPr>
          <w:rFonts w:cs="Arial"/>
        </w:rPr>
        <w:t>rundang-undangan</w:t>
      </w:r>
      <w:proofErr w:type="spellEnd"/>
      <w:r>
        <w:rPr>
          <w:rFonts w:cs="Arial"/>
        </w:rPr>
        <w:t xml:space="preserve"> yang </w:t>
      </w:r>
      <w:proofErr w:type="spellStart"/>
      <w:r>
        <w:rPr>
          <w:rFonts w:cs="Arial"/>
        </w:rPr>
        <w:t>berlaku</w:t>
      </w:r>
      <w:proofErr w:type="spellEnd"/>
      <w:r>
        <w:rPr>
          <w:rFonts w:cs="Arial"/>
        </w:rPr>
        <w:t xml:space="preserve">, </w:t>
      </w:r>
      <w:proofErr w:type="spellStart"/>
      <w:r>
        <w:rPr>
          <w:rFonts w:cs="Arial"/>
        </w:rPr>
        <w:t>d</w:t>
      </w:r>
      <w:r w:rsidRPr="006F1FCC">
        <w:rPr>
          <w:rFonts w:cs="Arial"/>
        </w:rPr>
        <w:t>isiplin</w:t>
      </w:r>
      <w:proofErr w:type="spellEnd"/>
      <w:r>
        <w:rPr>
          <w:rFonts w:cs="Arial"/>
        </w:rPr>
        <w:t xml:space="preserve"> </w:t>
      </w:r>
      <w:r w:rsidRPr="006F1FCC">
        <w:rPr>
          <w:rFonts w:cs="Arial"/>
        </w:rPr>
        <w:t>dan</w:t>
      </w:r>
      <w:r>
        <w:rPr>
          <w:rFonts w:cs="Arial"/>
        </w:rPr>
        <w:t xml:space="preserve"> </w:t>
      </w:r>
      <w:proofErr w:type="spellStart"/>
      <w:r>
        <w:rPr>
          <w:rFonts w:cs="Arial"/>
        </w:rPr>
        <w:t>m</w:t>
      </w:r>
      <w:r w:rsidRPr="006F1FCC">
        <w:rPr>
          <w:rFonts w:cs="Arial"/>
        </w:rPr>
        <w:t>emiliki</w:t>
      </w:r>
      <w:proofErr w:type="spellEnd"/>
      <w:r>
        <w:rPr>
          <w:rFonts w:cs="Arial"/>
        </w:rPr>
        <w:t xml:space="preserve"> </w:t>
      </w:r>
      <w:proofErr w:type="spellStart"/>
      <w:r w:rsidRPr="006F1FCC">
        <w:rPr>
          <w:rFonts w:cs="Arial"/>
        </w:rPr>
        <w:t>Integritas</w:t>
      </w:r>
      <w:proofErr w:type="spellEnd"/>
      <w:r>
        <w:rPr>
          <w:rFonts w:cs="Arial"/>
        </w:rPr>
        <w:t xml:space="preserve"> </w:t>
      </w:r>
      <w:proofErr w:type="spellStart"/>
      <w:r w:rsidRPr="006F1FCC">
        <w:rPr>
          <w:rFonts w:cs="Arial"/>
        </w:rPr>
        <w:t>tinggi</w:t>
      </w:r>
      <w:proofErr w:type="spellEnd"/>
    </w:p>
    <w:p w14:paraId="45D30BE1" w14:textId="445F478F" w:rsidR="002834C2" w:rsidRPr="006F1FCC" w:rsidRDefault="002834C2" w:rsidP="002834C2">
      <w:pPr>
        <w:pStyle w:val="ListParagraph"/>
        <w:numPr>
          <w:ilvl w:val="0"/>
          <w:numId w:val="27"/>
        </w:numPr>
        <w:spacing w:after="0"/>
        <w:contextualSpacing w:val="0"/>
        <w:jc w:val="both"/>
        <w:rPr>
          <w:rFonts w:cs="Arial"/>
          <w:lang w:val="sv-SE"/>
        </w:rPr>
      </w:pPr>
      <w:proofErr w:type="spellStart"/>
      <w:r w:rsidRPr="006F1FCC">
        <w:rPr>
          <w:rFonts w:cs="Arial"/>
        </w:rPr>
        <w:t>Apabila</w:t>
      </w:r>
      <w:proofErr w:type="spellEnd"/>
      <w:r w:rsidRPr="006F1FCC">
        <w:rPr>
          <w:rFonts w:cs="Arial"/>
        </w:rPr>
        <w:t xml:space="preserve"> t</w:t>
      </w:r>
      <w:r w:rsidRPr="006F1FCC">
        <w:rPr>
          <w:rFonts w:cs="Arial"/>
          <w:lang w:val="sv-SE"/>
        </w:rPr>
        <w:t xml:space="preserve">idak mentaati peraturan dan perundang-undangan yang berlaku pada </w:t>
      </w:r>
      <w:r>
        <w:rPr>
          <w:rFonts w:cs="Arial"/>
        </w:rPr>
        <w:t xml:space="preserve"> </w:t>
      </w:r>
      <w:proofErr w:type="spellStart"/>
      <w:r w:rsidRPr="006F1FCC">
        <w:rPr>
          <w:rFonts w:cs="Arial"/>
        </w:rPr>
        <w:t>Puskesmas</w:t>
      </w:r>
      <w:proofErr w:type="spellEnd"/>
      <w:r>
        <w:rPr>
          <w:rFonts w:cs="Arial"/>
        </w:rPr>
        <w:t xml:space="preserve"> Paron </w:t>
      </w:r>
      <w:proofErr w:type="spellStart"/>
      <w:r w:rsidRPr="006F1FCC">
        <w:rPr>
          <w:rFonts w:cs="Arial"/>
        </w:rPr>
        <w:t>akan</w:t>
      </w:r>
      <w:proofErr w:type="spellEnd"/>
      <w:r w:rsidRPr="006F1FCC">
        <w:rPr>
          <w:rFonts w:cs="Arial"/>
        </w:rPr>
        <w:t xml:space="preserve"> </w:t>
      </w:r>
      <w:proofErr w:type="spellStart"/>
      <w:r w:rsidRPr="006F1FCC">
        <w:rPr>
          <w:rFonts w:cs="Arial"/>
        </w:rPr>
        <w:t>dikenakan</w:t>
      </w:r>
      <w:proofErr w:type="spellEnd"/>
      <w:r w:rsidRPr="006F1FCC">
        <w:rPr>
          <w:rFonts w:cs="Arial"/>
        </w:rPr>
        <w:t xml:space="preserve"> </w:t>
      </w:r>
      <w:proofErr w:type="spellStart"/>
      <w:r w:rsidRPr="006F1FCC">
        <w:rPr>
          <w:rFonts w:cs="Arial"/>
        </w:rPr>
        <w:t>sanksi</w:t>
      </w:r>
      <w:proofErr w:type="spellEnd"/>
      <w:r w:rsidRPr="006F1FCC">
        <w:rPr>
          <w:rFonts w:cs="Arial"/>
        </w:rPr>
        <w:t xml:space="preserve"> </w:t>
      </w:r>
      <w:proofErr w:type="spellStart"/>
      <w:r w:rsidRPr="006F1FCC">
        <w:rPr>
          <w:rFonts w:cs="Arial"/>
        </w:rPr>
        <w:t>kepegawaian</w:t>
      </w:r>
      <w:proofErr w:type="spellEnd"/>
      <w:r w:rsidRPr="006F1FCC">
        <w:rPr>
          <w:rFonts w:cs="Arial"/>
          <w:lang w:val="sv-SE"/>
        </w:rPr>
        <w:t>.</w:t>
      </w:r>
    </w:p>
    <w:p w14:paraId="4C7B9B37" w14:textId="77777777" w:rsidR="002834C2" w:rsidRPr="006F1FCC" w:rsidRDefault="002834C2" w:rsidP="002834C2">
      <w:pPr>
        <w:ind w:left="927"/>
        <w:jc w:val="both"/>
        <w:rPr>
          <w:rFonts w:cs="Arial"/>
        </w:rPr>
      </w:pPr>
    </w:p>
    <w:p w14:paraId="3CFE7D13" w14:textId="77777777" w:rsidR="002834C2" w:rsidRPr="006F1FCC" w:rsidRDefault="002834C2" w:rsidP="002834C2">
      <w:pPr>
        <w:ind w:left="142"/>
        <w:jc w:val="both"/>
        <w:rPr>
          <w:rFonts w:cs="Arial"/>
          <w:lang w:val="sv-SE"/>
        </w:rPr>
      </w:pPr>
      <w:r w:rsidRPr="006F1FCC">
        <w:rPr>
          <w:rFonts w:cs="Arial"/>
          <w:lang w:val="sv-SE"/>
        </w:rPr>
        <w:t>Demikian Surat Pernyataan ini kami buat tanpa</w:t>
      </w:r>
      <w:r>
        <w:rPr>
          <w:rFonts w:cs="Arial"/>
          <w:lang w:val="sv-SE"/>
        </w:rPr>
        <w:t xml:space="preserve"> adanya paksaan dari pihak lain.</w:t>
      </w:r>
    </w:p>
    <w:p w14:paraId="0A11118E" w14:textId="77777777" w:rsidR="002834C2" w:rsidRPr="006F1FCC" w:rsidRDefault="002834C2" w:rsidP="002834C2">
      <w:pPr>
        <w:ind w:left="1080"/>
        <w:rPr>
          <w:rFonts w:cs="Arial"/>
          <w:lang w:val="sv-SE"/>
        </w:rPr>
      </w:pPr>
    </w:p>
    <w:p w14:paraId="4BDB2B48" w14:textId="77777777" w:rsidR="002834C2" w:rsidRPr="006F1FCC" w:rsidRDefault="002834C2" w:rsidP="002834C2">
      <w:pPr>
        <w:ind w:left="1080"/>
        <w:rPr>
          <w:rFonts w:cs="Arial"/>
          <w:lang w:val="sv-SE"/>
        </w:rPr>
      </w:pPr>
    </w:p>
    <w:p w14:paraId="321859ED" w14:textId="6F9749D4" w:rsidR="002834C2" w:rsidRPr="006F1FCC" w:rsidRDefault="002834C2" w:rsidP="002834C2">
      <w:pPr>
        <w:ind w:left="5760"/>
        <w:jc w:val="center"/>
        <w:rPr>
          <w:rFonts w:cs="Arial"/>
          <w:lang w:val="sv-SE"/>
        </w:rPr>
      </w:pPr>
      <w:proofErr w:type="spellStart"/>
      <w:r>
        <w:rPr>
          <w:rFonts w:cs="Arial"/>
        </w:rPr>
        <w:t>Ngawi</w:t>
      </w:r>
      <w:proofErr w:type="spellEnd"/>
      <w:r w:rsidRPr="006F1FCC">
        <w:rPr>
          <w:rFonts w:cs="Arial"/>
        </w:rPr>
        <w:t xml:space="preserve">, </w:t>
      </w:r>
      <w:r w:rsidRPr="006F1FCC">
        <w:rPr>
          <w:rFonts w:cs="Arial"/>
          <w:lang w:val="sv-SE"/>
        </w:rPr>
        <w:t>......................................</w:t>
      </w:r>
    </w:p>
    <w:p w14:paraId="6B3E9ABC" w14:textId="77777777" w:rsidR="002834C2" w:rsidRPr="006F1FCC" w:rsidRDefault="002834C2" w:rsidP="002834C2">
      <w:pPr>
        <w:ind w:left="5760"/>
        <w:jc w:val="center"/>
        <w:rPr>
          <w:rFonts w:cs="Arial"/>
          <w:lang w:val="sv-SE"/>
        </w:rPr>
      </w:pPr>
    </w:p>
    <w:p w14:paraId="5BC2FCA1" w14:textId="77777777" w:rsidR="002834C2" w:rsidRPr="006F1FCC" w:rsidRDefault="002834C2" w:rsidP="002834C2">
      <w:pPr>
        <w:ind w:left="5760"/>
        <w:jc w:val="center"/>
        <w:rPr>
          <w:rFonts w:cs="Arial"/>
          <w:lang w:val="sv-SE"/>
        </w:rPr>
      </w:pPr>
    </w:p>
    <w:p w14:paraId="6262A0B3" w14:textId="77777777" w:rsidR="002834C2" w:rsidRPr="006F1FCC" w:rsidRDefault="002834C2" w:rsidP="002834C2">
      <w:pPr>
        <w:ind w:left="5760"/>
        <w:jc w:val="center"/>
        <w:rPr>
          <w:rFonts w:cs="Arial"/>
          <w:lang w:val="sv-SE"/>
        </w:rPr>
      </w:pPr>
      <w:r w:rsidRPr="006F1FCC">
        <w:rPr>
          <w:rFonts w:cs="Arial"/>
          <w:lang w:val="sv-SE"/>
        </w:rPr>
        <w:t xml:space="preserve">Materai Rp. </w:t>
      </w:r>
      <w:r>
        <w:rPr>
          <w:rFonts w:cs="Arial"/>
          <w:lang w:val="sv-SE"/>
        </w:rPr>
        <w:t>10.000</w:t>
      </w:r>
      <w:r w:rsidRPr="006F1FCC">
        <w:rPr>
          <w:rFonts w:cs="Arial"/>
          <w:lang w:val="sv-SE"/>
        </w:rPr>
        <w:t>,-</w:t>
      </w:r>
    </w:p>
    <w:p w14:paraId="7CBBE8A9" w14:textId="77777777" w:rsidR="002834C2" w:rsidRPr="006F1FCC" w:rsidRDefault="002834C2" w:rsidP="002834C2">
      <w:pPr>
        <w:ind w:left="5760"/>
        <w:jc w:val="center"/>
        <w:rPr>
          <w:rFonts w:cs="Arial"/>
          <w:lang w:val="sv-SE"/>
        </w:rPr>
      </w:pPr>
    </w:p>
    <w:p w14:paraId="4FD9A257" w14:textId="77777777" w:rsidR="002834C2" w:rsidRPr="006F1FCC" w:rsidRDefault="002834C2" w:rsidP="002834C2">
      <w:pPr>
        <w:ind w:left="5760"/>
        <w:jc w:val="center"/>
        <w:rPr>
          <w:rFonts w:cs="Arial"/>
          <w:lang w:val="sv-SE"/>
        </w:rPr>
      </w:pPr>
      <w:r w:rsidRPr="006F1FCC">
        <w:rPr>
          <w:rFonts w:cs="Arial"/>
          <w:lang w:val="sv-SE"/>
        </w:rPr>
        <w:t>( ................................... )</w:t>
      </w:r>
    </w:p>
    <w:p w14:paraId="442EC07F" w14:textId="43EB03F0" w:rsidR="009A1EEE" w:rsidRDefault="009A1EEE" w:rsidP="00DB22E1">
      <w:pPr>
        <w:ind w:left="1440"/>
        <w:jc w:val="center"/>
        <w:rPr>
          <w:rFonts w:cs="Arial"/>
          <w:color w:val="000000" w:themeColor="text1"/>
        </w:rPr>
      </w:pPr>
    </w:p>
    <w:p w14:paraId="2A02D78B" w14:textId="77777777" w:rsidR="009A1EEE" w:rsidRDefault="009A1EEE">
      <w:pPr>
        <w:spacing w:after="200"/>
        <w:rPr>
          <w:rFonts w:cs="Arial"/>
          <w:color w:val="000000" w:themeColor="text1"/>
        </w:rPr>
      </w:pPr>
      <w:r>
        <w:rPr>
          <w:rFonts w:cs="Arial"/>
          <w:color w:val="000000" w:themeColor="text1"/>
        </w:rPr>
        <w:br w:type="page"/>
      </w:r>
    </w:p>
    <w:p w14:paraId="1A30D946" w14:textId="77777777" w:rsidR="009A1EEE" w:rsidRPr="004175AC" w:rsidRDefault="009A1EEE" w:rsidP="009A1EEE">
      <w:pPr>
        <w:pStyle w:val="FirstParagraph"/>
        <w:spacing w:before="0" w:after="0"/>
        <w:jc w:val="center"/>
        <w:rPr>
          <w:rFonts w:ascii="Times New Roman" w:hAnsi="Times New Roman" w:cs="Times New Roman"/>
          <w:b/>
          <w:bCs/>
          <w:sz w:val="36"/>
          <w:szCs w:val="36"/>
        </w:rPr>
      </w:pPr>
      <w:r w:rsidRPr="006D25C8">
        <w:rPr>
          <w:rFonts w:ascii="Times New Roman" w:hAnsi="Times New Roman" w:cs="Times New Roman"/>
          <w:b/>
          <w:bCs/>
          <w:sz w:val="36"/>
          <w:szCs w:val="36"/>
        </w:rPr>
        <w:lastRenderedPageBreak/>
        <w:t>KOP PUSKESMAS/RSUD</w:t>
      </w:r>
      <w:r>
        <w:rPr>
          <w:rFonts w:ascii="Times New Roman" w:hAnsi="Times New Roman" w:cs="Times New Roman"/>
          <w:b/>
          <w:bCs/>
          <w:sz w:val="36"/>
          <w:szCs w:val="36"/>
        </w:rPr>
        <w:t>/LABKESMAS</w:t>
      </w:r>
    </w:p>
    <w:p w14:paraId="5F0C1E41" w14:textId="77777777" w:rsidR="009A1EEE" w:rsidRDefault="009A1EEE" w:rsidP="009A1EEE">
      <w:pPr>
        <w:pStyle w:val="Compact"/>
        <w:spacing w:before="0" w:after="0" w:line="360" w:lineRule="auto"/>
        <w:jc w:val="center"/>
        <w:rPr>
          <w:rFonts w:ascii="Arial" w:hAnsi="Arial" w:cs="Arial"/>
          <w:b/>
          <w:bCs/>
        </w:rPr>
      </w:pPr>
    </w:p>
    <w:p w14:paraId="6EF19CEB" w14:textId="77777777" w:rsidR="009A1EEE" w:rsidRPr="004175AC" w:rsidRDefault="009A1EEE" w:rsidP="009A1EEE">
      <w:pPr>
        <w:pStyle w:val="Compact"/>
        <w:spacing w:before="0" w:after="0" w:line="276" w:lineRule="auto"/>
        <w:jc w:val="center"/>
        <w:rPr>
          <w:rFonts w:ascii="Arial" w:hAnsi="Arial" w:cs="Arial"/>
        </w:rPr>
      </w:pPr>
      <w:r w:rsidRPr="004175AC">
        <w:rPr>
          <w:rFonts w:ascii="Arial" w:hAnsi="Arial" w:cs="Arial"/>
          <w:b/>
          <w:bCs/>
        </w:rPr>
        <w:t>SURAT PENGALAMAN KERJA</w:t>
      </w:r>
    </w:p>
    <w:p w14:paraId="461DE67F" w14:textId="77777777" w:rsidR="009A1EEE" w:rsidRDefault="009A1EEE" w:rsidP="009A1EEE">
      <w:pPr>
        <w:pStyle w:val="Compact"/>
        <w:spacing w:before="0" w:after="0" w:line="276" w:lineRule="auto"/>
        <w:jc w:val="center"/>
        <w:rPr>
          <w:rFonts w:ascii="Arial" w:hAnsi="Arial" w:cs="Arial"/>
        </w:rPr>
      </w:pPr>
      <w:proofErr w:type="spellStart"/>
      <w:r w:rsidRPr="004175AC">
        <w:rPr>
          <w:rFonts w:ascii="Arial" w:hAnsi="Arial" w:cs="Arial"/>
        </w:rPr>
        <w:t>Nomor</w:t>
      </w:r>
      <w:proofErr w:type="spellEnd"/>
      <w:r w:rsidRPr="004175AC">
        <w:rPr>
          <w:rFonts w:ascii="Arial" w:hAnsi="Arial" w:cs="Arial"/>
        </w:rPr>
        <w:t>: ....................................................</w:t>
      </w:r>
    </w:p>
    <w:p w14:paraId="04206B2F" w14:textId="77777777" w:rsidR="009A1EEE" w:rsidRPr="004175AC" w:rsidRDefault="009A1EEE" w:rsidP="009A1EEE">
      <w:pPr>
        <w:pStyle w:val="Compact"/>
        <w:spacing w:before="0" w:after="0" w:line="360" w:lineRule="auto"/>
        <w:jc w:val="center"/>
        <w:rPr>
          <w:rFonts w:ascii="Arial" w:hAnsi="Arial" w:cs="Arial"/>
        </w:rPr>
      </w:pPr>
    </w:p>
    <w:p w14:paraId="6ABCA3C4" w14:textId="77777777" w:rsidR="009A1EEE" w:rsidRPr="004175AC" w:rsidRDefault="009A1EEE" w:rsidP="009A1EEE">
      <w:pPr>
        <w:pStyle w:val="Compact"/>
        <w:spacing w:before="0" w:after="0" w:line="360" w:lineRule="auto"/>
        <w:jc w:val="both"/>
        <w:rPr>
          <w:rFonts w:ascii="Arial" w:hAnsi="Arial" w:cs="Arial"/>
        </w:rPr>
      </w:pPr>
      <w:r w:rsidRPr="004175AC">
        <w:rPr>
          <w:rFonts w:ascii="Arial" w:hAnsi="Arial" w:cs="Arial"/>
        </w:rPr>
        <w:t xml:space="preserve">Yang </w:t>
      </w:r>
      <w:proofErr w:type="spellStart"/>
      <w:r w:rsidRPr="004175AC">
        <w:rPr>
          <w:rFonts w:ascii="Arial" w:hAnsi="Arial" w:cs="Arial"/>
        </w:rPr>
        <w:t>bertanda</w:t>
      </w:r>
      <w:proofErr w:type="spellEnd"/>
      <w:r w:rsidRPr="004175AC">
        <w:rPr>
          <w:rFonts w:ascii="Arial" w:hAnsi="Arial" w:cs="Arial"/>
        </w:rPr>
        <w:t xml:space="preserve"> </w:t>
      </w:r>
      <w:proofErr w:type="spellStart"/>
      <w:r w:rsidRPr="004175AC">
        <w:rPr>
          <w:rFonts w:ascii="Arial" w:hAnsi="Arial" w:cs="Arial"/>
        </w:rPr>
        <w:t>tangan</w:t>
      </w:r>
      <w:proofErr w:type="spellEnd"/>
      <w:r w:rsidRPr="004175AC">
        <w:rPr>
          <w:rFonts w:ascii="Arial" w:hAnsi="Arial" w:cs="Arial"/>
        </w:rPr>
        <w:t xml:space="preserve"> di </w:t>
      </w:r>
      <w:proofErr w:type="spellStart"/>
      <w:r w:rsidRPr="004175AC">
        <w:rPr>
          <w:rFonts w:ascii="Arial" w:hAnsi="Arial" w:cs="Arial"/>
        </w:rPr>
        <w:t>bawah</w:t>
      </w:r>
      <w:proofErr w:type="spellEnd"/>
      <w:r w:rsidRPr="004175AC">
        <w:rPr>
          <w:rFonts w:ascii="Arial" w:hAnsi="Arial" w:cs="Arial"/>
        </w:rPr>
        <w:t xml:space="preserve"> </w:t>
      </w:r>
      <w:proofErr w:type="spellStart"/>
      <w:r w:rsidRPr="004175AC">
        <w:rPr>
          <w:rFonts w:ascii="Arial" w:hAnsi="Arial" w:cs="Arial"/>
        </w:rPr>
        <w:t>ini</w:t>
      </w:r>
      <w:proofErr w:type="spellEnd"/>
      <w:r w:rsidRPr="004175AC">
        <w:rPr>
          <w:rFonts w:ascii="Arial" w:hAnsi="Arial" w:cs="Arial"/>
        </w:rPr>
        <w:t>:</w:t>
      </w:r>
    </w:p>
    <w:p w14:paraId="61E39129" w14:textId="77777777" w:rsidR="009A1EEE" w:rsidRPr="004175AC" w:rsidRDefault="009A1EEE" w:rsidP="009A1EEE">
      <w:pPr>
        <w:pStyle w:val="Compact"/>
        <w:spacing w:before="0" w:after="0" w:line="360" w:lineRule="auto"/>
        <w:jc w:val="both"/>
        <w:rPr>
          <w:rFonts w:ascii="Arial" w:hAnsi="Arial" w:cs="Arial"/>
        </w:rPr>
      </w:pPr>
      <w:r w:rsidRPr="004175AC">
        <w:rPr>
          <w:rFonts w:ascii="Arial" w:hAnsi="Arial" w:cs="Arial"/>
        </w:rPr>
        <w:t>Nama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 w:rsidRPr="004175AC">
        <w:rPr>
          <w:rFonts w:ascii="Arial" w:hAnsi="Arial" w:cs="Arial"/>
        </w:rPr>
        <w:t>:........................................................................</w:t>
      </w:r>
      <w:r w:rsidRPr="004175AC">
        <w:rPr>
          <w:rFonts w:ascii="Arial" w:hAnsi="Arial" w:cs="Arial"/>
        </w:rPr>
        <w:br/>
        <w:t>NI</w:t>
      </w:r>
      <w:r>
        <w:rPr>
          <w:rFonts w:ascii="Arial" w:hAnsi="Arial" w:cs="Arial"/>
        </w:rPr>
        <w:t>P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 w:rsidRPr="004175AC">
        <w:rPr>
          <w:rFonts w:ascii="Arial" w:hAnsi="Arial" w:cs="Arial"/>
        </w:rPr>
        <w:t>:........................................................................</w:t>
      </w:r>
      <w:r w:rsidRPr="004175AC">
        <w:rPr>
          <w:rFonts w:ascii="Arial" w:hAnsi="Arial" w:cs="Arial"/>
        </w:rPr>
        <w:br/>
      </w:r>
      <w:proofErr w:type="spellStart"/>
      <w:r w:rsidRPr="004175AC">
        <w:rPr>
          <w:rFonts w:ascii="Arial" w:hAnsi="Arial" w:cs="Arial"/>
        </w:rPr>
        <w:t>Jabatan</w:t>
      </w:r>
      <w:proofErr w:type="spellEnd"/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 w:rsidRPr="004175AC">
        <w:rPr>
          <w:rFonts w:ascii="Arial" w:hAnsi="Arial" w:cs="Arial"/>
        </w:rPr>
        <w:t>:........................................................................</w:t>
      </w:r>
      <w:r w:rsidRPr="004175AC">
        <w:rPr>
          <w:rFonts w:ascii="Arial" w:hAnsi="Arial" w:cs="Arial"/>
        </w:rPr>
        <w:br/>
        <w:t xml:space="preserve">Unit </w:t>
      </w:r>
      <w:proofErr w:type="spellStart"/>
      <w:r w:rsidRPr="004175AC">
        <w:rPr>
          <w:rFonts w:ascii="Arial" w:hAnsi="Arial" w:cs="Arial"/>
        </w:rPr>
        <w:t>Kerja</w:t>
      </w:r>
      <w:proofErr w:type="spellEnd"/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 w:rsidRPr="004175AC">
        <w:rPr>
          <w:rFonts w:ascii="Arial" w:hAnsi="Arial" w:cs="Arial"/>
        </w:rPr>
        <w:t>: ........................................................................</w:t>
      </w:r>
    </w:p>
    <w:p w14:paraId="7244AE81" w14:textId="77777777" w:rsidR="009A1EEE" w:rsidRPr="004175AC" w:rsidRDefault="009A1EEE" w:rsidP="009A1EEE">
      <w:pPr>
        <w:pStyle w:val="Compact"/>
        <w:spacing w:before="0" w:after="0" w:line="360" w:lineRule="auto"/>
        <w:jc w:val="both"/>
        <w:rPr>
          <w:rFonts w:ascii="Arial" w:hAnsi="Arial" w:cs="Arial"/>
        </w:rPr>
      </w:pPr>
      <w:proofErr w:type="spellStart"/>
      <w:r w:rsidRPr="004175AC">
        <w:rPr>
          <w:rFonts w:ascii="Arial" w:hAnsi="Arial" w:cs="Arial"/>
        </w:rPr>
        <w:t>dengan</w:t>
      </w:r>
      <w:proofErr w:type="spellEnd"/>
      <w:r w:rsidRPr="004175AC">
        <w:rPr>
          <w:rFonts w:ascii="Arial" w:hAnsi="Arial" w:cs="Arial"/>
        </w:rPr>
        <w:t xml:space="preserve"> ini menerangkan bahwa:</w:t>
      </w:r>
    </w:p>
    <w:p w14:paraId="4FE7782F" w14:textId="77777777" w:rsidR="009A1EEE" w:rsidRPr="004175AC" w:rsidRDefault="009A1EEE" w:rsidP="009A1EEE">
      <w:pPr>
        <w:pStyle w:val="Compact"/>
        <w:spacing w:before="0" w:after="0" w:line="360" w:lineRule="auto"/>
        <w:rPr>
          <w:rFonts w:ascii="Arial" w:hAnsi="Arial" w:cs="Arial"/>
        </w:rPr>
      </w:pPr>
      <w:r w:rsidRPr="004175AC">
        <w:rPr>
          <w:rFonts w:ascii="Arial" w:hAnsi="Arial" w:cs="Arial"/>
        </w:rPr>
        <w:t>Nam</w:t>
      </w:r>
      <w:r>
        <w:rPr>
          <w:rFonts w:ascii="Arial" w:hAnsi="Arial" w:cs="Arial"/>
        </w:rPr>
        <w:t>a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 w:rsidRPr="004175AC">
        <w:rPr>
          <w:rFonts w:ascii="Arial" w:hAnsi="Arial" w:cs="Arial"/>
        </w:rPr>
        <w:t>:........................................................................</w:t>
      </w:r>
      <w:r w:rsidRPr="004175AC">
        <w:rPr>
          <w:rFonts w:ascii="Arial" w:hAnsi="Arial" w:cs="Arial"/>
        </w:rPr>
        <w:br/>
        <w:t>NIK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 w:rsidRPr="004175AC">
        <w:rPr>
          <w:rFonts w:ascii="Arial" w:hAnsi="Arial" w:cs="Arial"/>
        </w:rPr>
        <w:t>:........................................................................</w:t>
      </w:r>
      <w:r w:rsidRPr="004175AC">
        <w:rPr>
          <w:rFonts w:ascii="Arial" w:hAnsi="Arial" w:cs="Arial"/>
        </w:rPr>
        <w:br/>
      </w:r>
      <w:proofErr w:type="spellStart"/>
      <w:r w:rsidRPr="004175AC">
        <w:rPr>
          <w:rFonts w:ascii="Arial" w:hAnsi="Arial" w:cs="Arial"/>
        </w:rPr>
        <w:t>Tempat</w:t>
      </w:r>
      <w:proofErr w:type="spellEnd"/>
      <w:r>
        <w:rPr>
          <w:rFonts w:ascii="Arial" w:hAnsi="Arial" w:cs="Arial"/>
        </w:rPr>
        <w:t xml:space="preserve">, </w:t>
      </w:r>
      <w:proofErr w:type="spellStart"/>
      <w:r w:rsidRPr="004175AC">
        <w:rPr>
          <w:rFonts w:ascii="Arial" w:hAnsi="Arial" w:cs="Arial"/>
        </w:rPr>
        <w:t>Tanggal</w:t>
      </w:r>
      <w:proofErr w:type="spellEnd"/>
      <w:r>
        <w:rPr>
          <w:rFonts w:ascii="Arial" w:hAnsi="Arial" w:cs="Arial"/>
        </w:rPr>
        <w:t xml:space="preserve"> </w:t>
      </w:r>
      <w:r w:rsidRPr="004175AC">
        <w:rPr>
          <w:rFonts w:ascii="Arial" w:hAnsi="Arial" w:cs="Arial"/>
        </w:rPr>
        <w:t xml:space="preserve">Lahir </w:t>
      </w:r>
      <w:r>
        <w:rPr>
          <w:rFonts w:ascii="Arial" w:hAnsi="Arial" w:cs="Arial"/>
        </w:rPr>
        <w:tab/>
      </w:r>
      <w:r w:rsidRPr="004175AC">
        <w:rPr>
          <w:rFonts w:ascii="Arial" w:hAnsi="Arial" w:cs="Arial"/>
        </w:rPr>
        <w:t>:........................................................................</w:t>
      </w:r>
      <w:r w:rsidRPr="004175AC">
        <w:rPr>
          <w:rFonts w:ascii="Arial" w:hAnsi="Arial" w:cs="Arial"/>
        </w:rPr>
        <w:br/>
      </w:r>
      <w:proofErr w:type="spellStart"/>
      <w:r w:rsidRPr="004175AC">
        <w:rPr>
          <w:rFonts w:ascii="Arial" w:hAnsi="Arial" w:cs="Arial"/>
        </w:rPr>
        <w:t>Jabatan</w:t>
      </w:r>
      <w:proofErr w:type="spellEnd"/>
      <w:r w:rsidRPr="004175AC">
        <w:rPr>
          <w:rFonts w:ascii="Arial" w:hAnsi="Arial" w:cs="Arial"/>
        </w:rPr>
        <w:t>/</w:t>
      </w:r>
      <w:proofErr w:type="spellStart"/>
      <w:r w:rsidRPr="004175AC">
        <w:rPr>
          <w:rFonts w:ascii="Arial" w:hAnsi="Arial" w:cs="Arial"/>
        </w:rPr>
        <w:t>Profesi</w:t>
      </w:r>
      <w:proofErr w:type="spellEnd"/>
      <w:r w:rsidRPr="004175AC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 w:rsidRPr="004175AC">
        <w:rPr>
          <w:rFonts w:ascii="Arial" w:hAnsi="Arial" w:cs="Arial"/>
        </w:rPr>
        <w:t>:........................................................................</w:t>
      </w:r>
      <w:r w:rsidRPr="004175AC">
        <w:rPr>
          <w:rFonts w:ascii="Arial" w:hAnsi="Arial" w:cs="Arial"/>
        </w:rPr>
        <w:br/>
        <w:t xml:space="preserve">Unit </w:t>
      </w:r>
      <w:proofErr w:type="spellStart"/>
      <w:r w:rsidRPr="004175AC">
        <w:rPr>
          <w:rFonts w:ascii="Arial" w:hAnsi="Arial" w:cs="Arial"/>
        </w:rPr>
        <w:t>Kerja</w:t>
      </w:r>
      <w:proofErr w:type="spellEnd"/>
      <w:r w:rsidRPr="004175AC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 w:rsidRPr="004175AC">
        <w:rPr>
          <w:rFonts w:ascii="Arial" w:hAnsi="Arial" w:cs="Arial"/>
        </w:rPr>
        <w:t>:........................................................................</w:t>
      </w:r>
      <w:r w:rsidRPr="004175AC">
        <w:rPr>
          <w:rFonts w:ascii="Arial" w:hAnsi="Arial" w:cs="Arial"/>
        </w:rPr>
        <w:br/>
      </w:r>
      <w:r>
        <w:rPr>
          <w:rFonts w:ascii="Arial" w:hAnsi="Arial" w:cs="Arial"/>
        </w:rPr>
        <w:t xml:space="preserve">Lama </w:t>
      </w:r>
      <w:proofErr w:type="spellStart"/>
      <w:r>
        <w:rPr>
          <w:rFonts w:ascii="Arial" w:hAnsi="Arial" w:cs="Arial"/>
        </w:rPr>
        <w:t>Bekerja</w:t>
      </w:r>
      <w:proofErr w:type="spellEnd"/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>:</w:t>
      </w:r>
      <w:r w:rsidRPr="004175AC">
        <w:rPr>
          <w:rFonts w:ascii="Arial" w:hAnsi="Arial" w:cs="Arial"/>
        </w:rPr>
        <w:t>........................................................................</w:t>
      </w:r>
    </w:p>
    <w:p w14:paraId="7DFA7D82" w14:textId="77777777" w:rsidR="009A1EEE" w:rsidRDefault="009A1EEE" w:rsidP="009A1EEE">
      <w:pPr>
        <w:pStyle w:val="Compact"/>
        <w:spacing w:before="0" w:after="0" w:line="360" w:lineRule="auto"/>
        <w:rPr>
          <w:rFonts w:ascii="Arial" w:hAnsi="Arial" w:cs="Arial"/>
        </w:rPr>
      </w:pPr>
    </w:p>
    <w:p w14:paraId="0DADEDA6" w14:textId="77777777" w:rsidR="009A1EEE" w:rsidRDefault="009A1EEE" w:rsidP="009A1EEE">
      <w:pPr>
        <w:pStyle w:val="Compact"/>
        <w:spacing w:before="0" w:after="0" w:line="360" w:lineRule="auto"/>
        <w:jc w:val="both"/>
        <w:rPr>
          <w:rFonts w:ascii="Arial" w:hAnsi="Arial" w:cs="Arial"/>
        </w:rPr>
      </w:pPr>
      <w:proofErr w:type="spellStart"/>
      <w:r w:rsidRPr="004175AC">
        <w:rPr>
          <w:rFonts w:ascii="Arial" w:hAnsi="Arial" w:cs="Arial"/>
        </w:rPr>
        <w:t>adalah</w:t>
      </w:r>
      <w:proofErr w:type="spellEnd"/>
      <w:r>
        <w:rPr>
          <w:rFonts w:ascii="Arial" w:hAnsi="Arial" w:cs="Arial"/>
        </w:rPr>
        <w:t xml:space="preserve"> </w:t>
      </w:r>
      <w:proofErr w:type="spellStart"/>
      <w:r w:rsidRPr="004175AC">
        <w:rPr>
          <w:rFonts w:ascii="Arial" w:hAnsi="Arial" w:cs="Arial"/>
        </w:rPr>
        <w:t>benar</w:t>
      </w:r>
      <w:proofErr w:type="spellEnd"/>
      <w:r w:rsidRPr="004175AC">
        <w:rPr>
          <w:rFonts w:ascii="Arial" w:hAnsi="Arial" w:cs="Arial"/>
        </w:rPr>
        <w:t xml:space="preserve"> </w:t>
      </w:r>
      <w:proofErr w:type="spellStart"/>
      <w:r w:rsidRPr="004175AC">
        <w:rPr>
          <w:rFonts w:ascii="Arial" w:hAnsi="Arial" w:cs="Arial"/>
        </w:rPr>
        <w:t>telah</w:t>
      </w:r>
      <w:proofErr w:type="spellEnd"/>
      <w:r w:rsidRPr="004175AC">
        <w:rPr>
          <w:rFonts w:ascii="Arial" w:hAnsi="Arial" w:cs="Arial"/>
        </w:rPr>
        <w:t xml:space="preserve"> </w:t>
      </w:r>
      <w:proofErr w:type="spellStart"/>
      <w:r w:rsidRPr="004175AC">
        <w:rPr>
          <w:rFonts w:ascii="Arial" w:hAnsi="Arial" w:cs="Arial"/>
        </w:rPr>
        <w:t>bekerja</w:t>
      </w:r>
      <w:proofErr w:type="spellEnd"/>
      <w:r w:rsidRPr="004175AC">
        <w:rPr>
          <w:rFonts w:ascii="Arial" w:hAnsi="Arial" w:cs="Arial"/>
        </w:rPr>
        <w:t xml:space="preserve"> pada</w:t>
      </w:r>
      <w:r>
        <w:rPr>
          <w:rFonts w:ascii="Arial" w:hAnsi="Arial" w:cs="Arial"/>
        </w:rPr>
        <w:t xml:space="preserve"> </w:t>
      </w:r>
      <w:r w:rsidRPr="001E42C4">
        <w:rPr>
          <w:rFonts w:ascii="Arial" w:hAnsi="Arial" w:cs="Arial"/>
          <w:b/>
          <w:bCs/>
          <w:u w:val="single"/>
        </w:rPr>
        <w:t>RSUD/</w:t>
      </w:r>
      <w:proofErr w:type="spellStart"/>
      <w:r w:rsidRPr="001E42C4">
        <w:rPr>
          <w:rFonts w:ascii="Arial" w:hAnsi="Arial" w:cs="Arial"/>
          <w:b/>
          <w:bCs/>
          <w:u w:val="single"/>
        </w:rPr>
        <w:t>Puskesmas</w:t>
      </w:r>
      <w:proofErr w:type="spellEnd"/>
      <w:r w:rsidRPr="001E42C4">
        <w:rPr>
          <w:rFonts w:ascii="Arial" w:hAnsi="Arial" w:cs="Arial"/>
          <w:b/>
          <w:bCs/>
          <w:u w:val="single"/>
        </w:rPr>
        <w:t>/</w:t>
      </w:r>
      <w:proofErr w:type="spellStart"/>
      <w:r w:rsidRPr="001E42C4">
        <w:rPr>
          <w:rFonts w:ascii="Arial" w:hAnsi="Arial" w:cs="Arial"/>
          <w:b/>
          <w:bCs/>
          <w:u w:val="single"/>
        </w:rPr>
        <w:t>Labkesmas</w:t>
      </w:r>
      <w:proofErr w:type="spellEnd"/>
      <w:r>
        <w:rPr>
          <w:rFonts w:ascii="Arial" w:hAnsi="Arial" w:cs="Arial"/>
        </w:rPr>
        <w:t xml:space="preserve"> </w:t>
      </w:r>
      <w:proofErr w:type="spellStart"/>
      <w:r w:rsidRPr="004175AC">
        <w:rPr>
          <w:rFonts w:ascii="Arial" w:hAnsi="Arial" w:cs="Arial"/>
        </w:rPr>
        <w:t>sebagai</w:t>
      </w:r>
      <w:proofErr w:type="spellEnd"/>
      <w:r w:rsidRPr="004175AC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 xml:space="preserve"> </w:t>
      </w:r>
      <w:r w:rsidRPr="004175AC">
        <w:rPr>
          <w:rFonts w:ascii="Arial" w:hAnsi="Arial" w:cs="Arial"/>
        </w:rPr>
        <w:t xml:space="preserve">......................, </w:t>
      </w:r>
      <w:proofErr w:type="spellStart"/>
      <w:r w:rsidRPr="004175AC">
        <w:rPr>
          <w:rFonts w:ascii="Arial" w:hAnsi="Arial" w:cs="Arial"/>
        </w:rPr>
        <w:t>terhitung</w:t>
      </w:r>
      <w:proofErr w:type="spellEnd"/>
      <w:r w:rsidRPr="004175AC">
        <w:rPr>
          <w:rFonts w:ascii="Arial" w:hAnsi="Arial" w:cs="Arial"/>
        </w:rPr>
        <w:t xml:space="preserve"> mulai tanggal ............................ </w:t>
      </w:r>
      <w:proofErr w:type="spellStart"/>
      <w:r w:rsidRPr="004175AC">
        <w:rPr>
          <w:rFonts w:ascii="Arial" w:hAnsi="Arial" w:cs="Arial"/>
        </w:rPr>
        <w:t>sampai</w:t>
      </w:r>
      <w:proofErr w:type="spellEnd"/>
      <w:r w:rsidRPr="004175AC">
        <w:rPr>
          <w:rFonts w:ascii="Arial" w:hAnsi="Arial" w:cs="Arial"/>
        </w:rPr>
        <w:t xml:space="preserve"> </w:t>
      </w:r>
      <w:proofErr w:type="spellStart"/>
      <w:r w:rsidRPr="004175AC">
        <w:rPr>
          <w:rFonts w:ascii="Arial" w:hAnsi="Arial" w:cs="Arial"/>
        </w:rPr>
        <w:t>dengan</w:t>
      </w:r>
      <w:proofErr w:type="spellEnd"/>
      <w:r w:rsidRPr="004175AC">
        <w:rPr>
          <w:rFonts w:ascii="Arial" w:hAnsi="Arial" w:cs="Arial"/>
        </w:rPr>
        <w:t xml:space="preserve"> ................................</w:t>
      </w:r>
      <w:r>
        <w:rPr>
          <w:rFonts w:ascii="Arial" w:hAnsi="Arial" w:cs="Arial"/>
        </w:rPr>
        <w:t xml:space="preserve"> </w:t>
      </w:r>
      <w:proofErr w:type="spellStart"/>
      <w:r w:rsidRPr="004175AC">
        <w:rPr>
          <w:rFonts w:ascii="Arial" w:hAnsi="Arial" w:cs="Arial"/>
        </w:rPr>
        <w:t>Selama</w:t>
      </w:r>
      <w:proofErr w:type="spellEnd"/>
      <w:r w:rsidRPr="004175AC">
        <w:rPr>
          <w:rFonts w:ascii="Arial" w:hAnsi="Arial" w:cs="Arial"/>
        </w:rPr>
        <w:t xml:space="preserve"> </w:t>
      </w:r>
      <w:proofErr w:type="spellStart"/>
      <w:r w:rsidRPr="004175AC">
        <w:rPr>
          <w:rFonts w:ascii="Arial" w:hAnsi="Arial" w:cs="Arial"/>
        </w:rPr>
        <w:t>melaksanakan</w:t>
      </w:r>
      <w:proofErr w:type="spellEnd"/>
      <w:r w:rsidRPr="004175AC">
        <w:rPr>
          <w:rFonts w:ascii="Arial" w:hAnsi="Arial" w:cs="Arial"/>
        </w:rPr>
        <w:t xml:space="preserve"> </w:t>
      </w:r>
      <w:proofErr w:type="spellStart"/>
      <w:r w:rsidRPr="004175AC">
        <w:rPr>
          <w:rFonts w:ascii="Arial" w:hAnsi="Arial" w:cs="Arial"/>
        </w:rPr>
        <w:t>tugas</w:t>
      </w:r>
      <w:proofErr w:type="spellEnd"/>
      <w:r w:rsidRPr="004175AC">
        <w:rPr>
          <w:rFonts w:ascii="Arial" w:hAnsi="Arial" w:cs="Arial"/>
        </w:rPr>
        <w:t xml:space="preserve">, yang </w:t>
      </w:r>
      <w:proofErr w:type="spellStart"/>
      <w:r w:rsidRPr="004175AC">
        <w:rPr>
          <w:rFonts w:ascii="Arial" w:hAnsi="Arial" w:cs="Arial"/>
        </w:rPr>
        <w:t>bersangkutan</w:t>
      </w:r>
      <w:proofErr w:type="spellEnd"/>
      <w:r w:rsidRPr="004175AC">
        <w:rPr>
          <w:rFonts w:ascii="Arial" w:hAnsi="Arial" w:cs="Arial"/>
        </w:rPr>
        <w:t xml:space="preserve"> </w:t>
      </w:r>
      <w:proofErr w:type="spellStart"/>
      <w:r w:rsidRPr="004175AC">
        <w:rPr>
          <w:rFonts w:ascii="Arial" w:hAnsi="Arial" w:cs="Arial"/>
        </w:rPr>
        <w:t>telah</w:t>
      </w:r>
      <w:proofErr w:type="spellEnd"/>
      <w:r w:rsidRPr="004175AC">
        <w:rPr>
          <w:rFonts w:ascii="Arial" w:hAnsi="Arial" w:cs="Arial"/>
        </w:rPr>
        <w:t xml:space="preserve"> </w:t>
      </w:r>
      <w:proofErr w:type="spellStart"/>
      <w:r w:rsidRPr="004175AC">
        <w:rPr>
          <w:rFonts w:ascii="Arial" w:hAnsi="Arial" w:cs="Arial"/>
        </w:rPr>
        <w:t>menjalankan</w:t>
      </w:r>
      <w:proofErr w:type="spellEnd"/>
      <w:r w:rsidRPr="004175AC">
        <w:rPr>
          <w:rFonts w:ascii="Arial" w:hAnsi="Arial" w:cs="Arial"/>
        </w:rPr>
        <w:t xml:space="preserve"> </w:t>
      </w:r>
      <w:proofErr w:type="spellStart"/>
      <w:r w:rsidRPr="004175AC">
        <w:rPr>
          <w:rFonts w:ascii="Arial" w:hAnsi="Arial" w:cs="Arial"/>
        </w:rPr>
        <w:t>tugas</w:t>
      </w:r>
      <w:proofErr w:type="spellEnd"/>
      <w:r w:rsidRPr="004175AC">
        <w:rPr>
          <w:rFonts w:ascii="Arial" w:hAnsi="Arial" w:cs="Arial"/>
        </w:rPr>
        <w:t xml:space="preserve"> dan </w:t>
      </w:r>
      <w:proofErr w:type="spellStart"/>
      <w:r w:rsidRPr="004175AC">
        <w:rPr>
          <w:rFonts w:ascii="Arial" w:hAnsi="Arial" w:cs="Arial"/>
        </w:rPr>
        <w:t>tanggung</w:t>
      </w:r>
      <w:proofErr w:type="spellEnd"/>
      <w:r w:rsidRPr="004175AC">
        <w:rPr>
          <w:rFonts w:ascii="Arial" w:hAnsi="Arial" w:cs="Arial"/>
        </w:rPr>
        <w:t xml:space="preserve"> </w:t>
      </w:r>
      <w:proofErr w:type="spellStart"/>
      <w:r w:rsidRPr="004175AC">
        <w:rPr>
          <w:rFonts w:ascii="Arial" w:hAnsi="Arial" w:cs="Arial"/>
        </w:rPr>
        <w:t>jawab</w:t>
      </w:r>
      <w:proofErr w:type="spellEnd"/>
      <w:r w:rsidRPr="004175AC">
        <w:rPr>
          <w:rFonts w:ascii="Arial" w:hAnsi="Arial" w:cs="Arial"/>
        </w:rPr>
        <w:t xml:space="preserve"> </w:t>
      </w:r>
      <w:proofErr w:type="spellStart"/>
      <w:r w:rsidRPr="004175AC">
        <w:rPr>
          <w:rFonts w:ascii="Arial" w:hAnsi="Arial" w:cs="Arial"/>
        </w:rPr>
        <w:t>sesuai</w:t>
      </w:r>
      <w:proofErr w:type="spellEnd"/>
      <w:r w:rsidRPr="004175AC">
        <w:rPr>
          <w:rFonts w:ascii="Arial" w:hAnsi="Arial" w:cs="Arial"/>
        </w:rPr>
        <w:t xml:space="preserve"> </w:t>
      </w:r>
      <w:proofErr w:type="spellStart"/>
      <w:r w:rsidRPr="004175AC">
        <w:rPr>
          <w:rFonts w:ascii="Arial" w:hAnsi="Arial" w:cs="Arial"/>
        </w:rPr>
        <w:t>dengan</w:t>
      </w:r>
      <w:proofErr w:type="spellEnd"/>
      <w:r w:rsidRPr="004175AC">
        <w:rPr>
          <w:rFonts w:ascii="Arial" w:hAnsi="Arial" w:cs="Arial"/>
        </w:rPr>
        <w:t xml:space="preserve"> </w:t>
      </w:r>
      <w:proofErr w:type="spellStart"/>
      <w:r w:rsidRPr="004175AC">
        <w:rPr>
          <w:rFonts w:ascii="Arial" w:hAnsi="Arial" w:cs="Arial"/>
        </w:rPr>
        <w:t>jabatan</w:t>
      </w:r>
      <w:proofErr w:type="spellEnd"/>
      <w:r w:rsidRPr="004175AC">
        <w:rPr>
          <w:rFonts w:ascii="Arial" w:hAnsi="Arial" w:cs="Arial"/>
        </w:rPr>
        <w:t>/</w:t>
      </w:r>
      <w:proofErr w:type="spellStart"/>
      <w:r w:rsidRPr="004175AC">
        <w:rPr>
          <w:rFonts w:ascii="Arial" w:hAnsi="Arial" w:cs="Arial"/>
        </w:rPr>
        <w:t>profesi</w:t>
      </w:r>
      <w:proofErr w:type="spellEnd"/>
      <w:r w:rsidRPr="004175AC">
        <w:rPr>
          <w:rFonts w:ascii="Arial" w:hAnsi="Arial" w:cs="Arial"/>
        </w:rPr>
        <w:t xml:space="preserve"> yang </w:t>
      </w:r>
      <w:proofErr w:type="spellStart"/>
      <w:r w:rsidRPr="004175AC">
        <w:rPr>
          <w:rFonts w:ascii="Arial" w:hAnsi="Arial" w:cs="Arial"/>
        </w:rPr>
        <w:t>diberikan</w:t>
      </w:r>
      <w:proofErr w:type="spellEnd"/>
      <w:r w:rsidRPr="004175AC">
        <w:rPr>
          <w:rFonts w:ascii="Arial" w:hAnsi="Arial" w:cs="Arial"/>
        </w:rPr>
        <w:t>.</w:t>
      </w:r>
      <w:r>
        <w:rPr>
          <w:rFonts w:ascii="Arial" w:hAnsi="Arial" w:cs="Arial"/>
        </w:rPr>
        <w:t xml:space="preserve"> </w:t>
      </w:r>
      <w:r w:rsidRPr="004175AC">
        <w:rPr>
          <w:rFonts w:ascii="Arial" w:hAnsi="Arial" w:cs="Arial"/>
        </w:rPr>
        <w:t xml:space="preserve">Surat </w:t>
      </w:r>
      <w:proofErr w:type="spellStart"/>
      <w:r w:rsidRPr="004175AC">
        <w:rPr>
          <w:rFonts w:ascii="Arial" w:hAnsi="Arial" w:cs="Arial"/>
        </w:rPr>
        <w:t>Pengalaman</w:t>
      </w:r>
      <w:proofErr w:type="spellEnd"/>
      <w:r w:rsidRPr="004175AC">
        <w:rPr>
          <w:rFonts w:ascii="Arial" w:hAnsi="Arial" w:cs="Arial"/>
        </w:rPr>
        <w:t xml:space="preserve"> </w:t>
      </w:r>
      <w:proofErr w:type="spellStart"/>
      <w:r w:rsidRPr="004175AC">
        <w:rPr>
          <w:rFonts w:ascii="Arial" w:hAnsi="Arial" w:cs="Arial"/>
        </w:rPr>
        <w:t>Kerja</w:t>
      </w:r>
      <w:proofErr w:type="spellEnd"/>
      <w:r w:rsidRPr="004175AC">
        <w:rPr>
          <w:rFonts w:ascii="Arial" w:hAnsi="Arial" w:cs="Arial"/>
        </w:rPr>
        <w:t xml:space="preserve"> </w:t>
      </w:r>
      <w:proofErr w:type="spellStart"/>
      <w:r w:rsidRPr="004175AC">
        <w:rPr>
          <w:rFonts w:ascii="Arial" w:hAnsi="Arial" w:cs="Arial"/>
        </w:rPr>
        <w:t>ini</w:t>
      </w:r>
      <w:proofErr w:type="spellEnd"/>
      <w:r w:rsidRPr="004175AC">
        <w:rPr>
          <w:rFonts w:ascii="Arial" w:hAnsi="Arial" w:cs="Arial"/>
        </w:rPr>
        <w:t xml:space="preserve"> </w:t>
      </w:r>
      <w:proofErr w:type="spellStart"/>
      <w:r w:rsidRPr="004175AC">
        <w:rPr>
          <w:rFonts w:ascii="Arial" w:hAnsi="Arial" w:cs="Arial"/>
        </w:rPr>
        <w:t>dibuat</w:t>
      </w:r>
      <w:proofErr w:type="spellEnd"/>
      <w:r w:rsidRPr="004175AC">
        <w:rPr>
          <w:rFonts w:ascii="Arial" w:hAnsi="Arial" w:cs="Arial"/>
        </w:rPr>
        <w:t xml:space="preserve"> </w:t>
      </w:r>
      <w:proofErr w:type="spellStart"/>
      <w:r w:rsidRPr="004175AC">
        <w:rPr>
          <w:rFonts w:ascii="Arial" w:hAnsi="Arial" w:cs="Arial"/>
        </w:rPr>
        <w:t>sebagai</w:t>
      </w:r>
      <w:proofErr w:type="spellEnd"/>
      <w:r w:rsidRPr="004175AC">
        <w:rPr>
          <w:rFonts w:ascii="Arial" w:hAnsi="Arial" w:cs="Arial"/>
        </w:rPr>
        <w:t xml:space="preserve"> </w:t>
      </w:r>
      <w:proofErr w:type="spellStart"/>
      <w:r w:rsidRPr="004175AC">
        <w:rPr>
          <w:rFonts w:ascii="Arial" w:hAnsi="Arial" w:cs="Arial"/>
        </w:rPr>
        <w:t>bukti</w:t>
      </w:r>
      <w:proofErr w:type="spellEnd"/>
      <w:r w:rsidRPr="004175AC">
        <w:rPr>
          <w:rFonts w:ascii="Arial" w:hAnsi="Arial" w:cs="Arial"/>
        </w:rPr>
        <w:t xml:space="preserve"> </w:t>
      </w:r>
      <w:proofErr w:type="spellStart"/>
      <w:r w:rsidRPr="004175AC">
        <w:rPr>
          <w:rFonts w:ascii="Arial" w:hAnsi="Arial" w:cs="Arial"/>
        </w:rPr>
        <w:t>pengalaman</w:t>
      </w:r>
      <w:proofErr w:type="spellEnd"/>
      <w:r w:rsidRPr="004175AC">
        <w:rPr>
          <w:rFonts w:ascii="Arial" w:hAnsi="Arial" w:cs="Arial"/>
        </w:rPr>
        <w:t xml:space="preserve"> </w:t>
      </w:r>
      <w:proofErr w:type="spellStart"/>
      <w:r w:rsidRPr="004175AC">
        <w:rPr>
          <w:rFonts w:ascii="Arial" w:hAnsi="Arial" w:cs="Arial"/>
        </w:rPr>
        <w:t>kerja</w:t>
      </w:r>
      <w:proofErr w:type="spellEnd"/>
      <w:r w:rsidRPr="004175AC">
        <w:rPr>
          <w:rFonts w:ascii="Arial" w:hAnsi="Arial" w:cs="Arial"/>
        </w:rPr>
        <w:t xml:space="preserve"> yang </w:t>
      </w:r>
      <w:proofErr w:type="spellStart"/>
      <w:r w:rsidRPr="004175AC">
        <w:rPr>
          <w:rFonts w:ascii="Arial" w:hAnsi="Arial" w:cs="Arial"/>
        </w:rPr>
        <w:t>bersangkutan</w:t>
      </w:r>
      <w:proofErr w:type="spellEnd"/>
      <w:r w:rsidRPr="004175AC">
        <w:rPr>
          <w:rFonts w:ascii="Arial" w:hAnsi="Arial" w:cs="Arial"/>
        </w:rPr>
        <w:t xml:space="preserve"> dan </w:t>
      </w:r>
      <w:proofErr w:type="spellStart"/>
      <w:r w:rsidRPr="004175AC">
        <w:rPr>
          <w:rFonts w:ascii="Arial" w:hAnsi="Arial" w:cs="Arial"/>
        </w:rPr>
        <w:t>untuk</w:t>
      </w:r>
      <w:proofErr w:type="spellEnd"/>
      <w:r w:rsidRPr="004175AC">
        <w:rPr>
          <w:rFonts w:ascii="Arial" w:hAnsi="Arial" w:cs="Arial"/>
        </w:rPr>
        <w:t xml:space="preserve"> </w:t>
      </w:r>
      <w:proofErr w:type="spellStart"/>
      <w:r w:rsidRPr="004175AC">
        <w:rPr>
          <w:rFonts w:ascii="Arial" w:hAnsi="Arial" w:cs="Arial"/>
        </w:rPr>
        <w:t>dipergunakan</w:t>
      </w:r>
      <w:proofErr w:type="spellEnd"/>
      <w:r w:rsidRPr="004175AC">
        <w:rPr>
          <w:rFonts w:ascii="Arial" w:hAnsi="Arial" w:cs="Arial"/>
        </w:rPr>
        <w:t xml:space="preserve"> </w:t>
      </w:r>
      <w:proofErr w:type="spellStart"/>
      <w:r w:rsidRPr="004175AC">
        <w:rPr>
          <w:rFonts w:ascii="Arial" w:hAnsi="Arial" w:cs="Arial"/>
        </w:rPr>
        <w:t>sebagai</w:t>
      </w:r>
      <w:proofErr w:type="spellEnd"/>
      <w:r w:rsidRPr="004175AC">
        <w:rPr>
          <w:rFonts w:ascii="Arial" w:hAnsi="Arial" w:cs="Arial"/>
        </w:rPr>
        <w:t xml:space="preserve"> salah </w:t>
      </w:r>
      <w:proofErr w:type="spellStart"/>
      <w:r w:rsidRPr="004175AC">
        <w:rPr>
          <w:rFonts w:ascii="Arial" w:hAnsi="Arial" w:cs="Arial"/>
        </w:rPr>
        <w:t>satu</w:t>
      </w:r>
      <w:proofErr w:type="spellEnd"/>
      <w:r w:rsidRPr="004175AC">
        <w:rPr>
          <w:rFonts w:ascii="Arial" w:hAnsi="Arial" w:cs="Arial"/>
        </w:rPr>
        <w:t xml:space="preserve"> </w:t>
      </w:r>
      <w:proofErr w:type="spellStart"/>
      <w:r w:rsidRPr="004175AC">
        <w:rPr>
          <w:rFonts w:ascii="Arial" w:hAnsi="Arial" w:cs="Arial"/>
        </w:rPr>
        <w:t>persyaratan</w:t>
      </w:r>
      <w:proofErr w:type="spellEnd"/>
      <w:r w:rsidRPr="004175AC">
        <w:rPr>
          <w:rFonts w:ascii="Arial" w:hAnsi="Arial" w:cs="Arial"/>
        </w:rPr>
        <w:t xml:space="preserve"> </w:t>
      </w:r>
      <w:proofErr w:type="spellStart"/>
      <w:r w:rsidRPr="004175AC">
        <w:rPr>
          <w:rFonts w:ascii="Arial" w:hAnsi="Arial" w:cs="Arial"/>
        </w:rPr>
        <w:t>dalam</w:t>
      </w:r>
      <w:proofErr w:type="spellEnd"/>
      <w:r w:rsidRPr="004175AC">
        <w:rPr>
          <w:rFonts w:ascii="Arial" w:hAnsi="Arial" w:cs="Arial"/>
        </w:rPr>
        <w:t xml:space="preserve"> </w:t>
      </w:r>
      <w:proofErr w:type="spellStart"/>
      <w:r w:rsidRPr="004175AC">
        <w:rPr>
          <w:rFonts w:ascii="Arial" w:hAnsi="Arial" w:cs="Arial"/>
        </w:rPr>
        <w:t>mengikuti</w:t>
      </w:r>
      <w:proofErr w:type="spellEnd"/>
      <w:r w:rsidRPr="004175AC">
        <w:rPr>
          <w:rFonts w:ascii="Arial" w:hAnsi="Arial" w:cs="Arial"/>
        </w:rPr>
        <w:t xml:space="preserve"> </w:t>
      </w:r>
      <w:proofErr w:type="spellStart"/>
      <w:r w:rsidRPr="004175AC">
        <w:rPr>
          <w:rFonts w:ascii="Arial" w:hAnsi="Arial" w:cs="Arial"/>
        </w:rPr>
        <w:t>Rekrutmen</w:t>
      </w:r>
      <w:proofErr w:type="spellEnd"/>
      <w:r w:rsidRPr="004175AC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 xml:space="preserve">Tenaga </w:t>
      </w:r>
      <w:r w:rsidRPr="004175AC">
        <w:rPr>
          <w:rFonts w:ascii="Arial" w:hAnsi="Arial" w:cs="Arial"/>
        </w:rPr>
        <w:t xml:space="preserve">BLUD Non-ASN di </w:t>
      </w:r>
      <w:proofErr w:type="spellStart"/>
      <w:r w:rsidRPr="004175AC">
        <w:rPr>
          <w:rFonts w:ascii="Arial" w:hAnsi="Arial" w:cs="Arial"/>
        </w:rPr>
        <w:t>Lingkungan</w:t>
      </w:r>
      <w:proofErr w:type="spellEnd"/>
      <w:r>
        <w:rPr>
          <w:rFonts w:ascii="Arial" w:hAnsi="Arial" w:cs="Arial"/>
        </w:rPr>
        <w:t xml:space="preserve"> Dinas Kesehatan </w:t>
      </w:r>
      <w:proofErr w:type="spellStart"/>
      <w:r w:rsidRPr="004175AC">
        <w:rPr>
          <w:rFonts w:ascii="Arial" w:hAnsi="Arial" w:cs="Arial"/>
        </w:rPr>
        <w:t>Kabupaten</w:t>
      </w:r>
      <w:proofErr w:type="spellEnd"/>
      <w:r w:rsidRPr="004175AC">
        <w:rPr>
          <w:rFonts w:ascii="Arial" w:hAnsi="Arial" w:cs="Arial"/>
        </w:rPr>
        <w:t xml:space="preserve"> </w:t>
      </w:r>
      <w:proofErr w:type="spellStart"/>
      <w:r w:rsidRPr="004175AC">
        <w:rPr>
          <w:rFonts w:ascii="Arial" w:hAnsi="Arial" w:cs="Arial"/>
        </w:rPr>
        <w:t>Ngawi</w:t>
      </w:r>
      <w:proofErr w:type="spellEnd"/>
      <w:r w:rsidRPr="004175AC">
        <w:rPr>
          <w:rFonts w:ascii="Arial" w:hAnsi="Arial" w:cs="Arial"/>
        </w:rPr>
        <w:t xml:space="preserve"> </w:t>
      </w:r>
      <w:proofErr w:type="spellStart"/>
      <w:r w:rsidRPr="004175AC">
        <w:rPr>
          <w:rFonts w:ascii="Arial" w:hAnsi="Arial" w:cs="Arial"/>
        </w:rPr>
        <w:t>Tahun</w:t>
      </w:r>
      <w:proofErr w:type="spellEnd"/>
      <w:r w:rsidRPr="004175AC">
        <w:rPr>
          <w:rFonts w:ascii="Arial" w:hAnsi="Arial" w:cs="Arial"/>
        </w:rPr>
        <w:t xml:space="preserve"> 2026.</w:t>
      </w:r>
      <w:r>
        <w:rPr>
          <w:rFonts w:ascii="Arial" w:hAnsi="Arial" w:cs="Arial"/>
        </w:rPr>
        <w:t xml:space="preserve"> </w:t>
      </w:r>
    </w:p>
    <w:p w14:paraId="6482B1E0" w14:textId="77777777" w:rsidR="009A1EEE" w:rsidRPr="004175AC" w:rsidRDefault="009A1EEE" w:rsidP="009A1EEE">
      <w:pPr>
        <w:pStyle w:val="Compact"/>
        <w:spacing w:before="0" w:after="0" w:line="360" w:lineRule="auto"/>
        <w:jc w:val="both"/>
        <w:rPr>
          <w:rFonts w:ascii="Arial" w:hAnsi="Arial" w:cs="Arial"/>
        </w:rPr>
      </w:pPr>
      <w:proofErr w:type="spellStart"/>
      <w:r w:rsidRPr="004175AC">
        <w:rPr>
          <w:rFonts w:ascii="Arial" w:hAnsi="Arial" w:cs="Arial"/>
        </w:rPr>
        <w:t>Demikian</w:t>
      </w:r>
      <w:proofErr w:type="spellEnd"/>
      <w:r w:rsidRPr="004175AC">
        <w:rPr>
          <w:rFonts w:ascii="Arial" w:hAnsi="Arial" w:cs="Arial"/>
        </w:rPr>
        <w:t xml:space="preserve"> Surat </w:t>
      </w:r>
      <w:proofErr w:type="spellStart"/>
      <w:r w:rsidRPr="004175AC">
        <w:rPr>
          <w:rFonts w:ascii="Arial" w:hAnsi="Arial" w:cs="Arial"/>
        </w:rPr>
        <w:t>Pengalaman</w:t>
      </w:r>
      <w:proofErr w:type="spellEnd"/>
      <w:r w:rsidRPr="004175AC">
        <w:rPr>
          <w:rFonts w:ascii="Arial" w:hAnsi="Arial" w:cs="Arial"/>
        </w:rPr>
        <w:t xml:space="preserve"> </w:t>
      </w:r>
      <w:proofErr w:type="spellStart"/>
      <w:r w:rsidRPr="004175AC">
        <w:rPr>
          <w:rFonts w:ascii="Arial" w:hAnsi="Arial" w:cs="Arial"/>
        </w:rPr>
        <w:t>Kerja</w:t>
      </w:r>
      <w:proofErr w:type="spellEnd"/>
      <w:r w:rsidRPr="004175AC">
        <w:rPr>
          <w:rFonts w:ascii="Arial" w:hAnsi="Arial" w:cs="Arial"/>
        </w:rPr>
        <w:t xml:space="preserve"> </w:t>
      </w:r>
      <w:proofErr w:type="spellStart"/>
      <w:r w:rsidRPr="004175AC">
        <w:rPr>
          <w:rFonts w:ascii="Arial" w:hAnsi="Arial" w:cs="Arial"/>
        </w:rPr>
        <w:t>ini</w:t>
      </w:r>
      <w:proofErr w:type="spellEnd"/>
      <w:r w:rsidRPr="004175AC">
        <w:rPr>
          <w:rFonts w:ascii="Arial" w:hAnsi="Arial" w:cs="Arial"/>
        </w:rPr>
        <w:t xml:space="preserve"> </w:t>
      </w:r>
      <w:proofErr w:type="spellStart"/>
      <w:r w:rsidRPr="004175AC">
        <w:rPr>
          <w:rFonts w:ascii="Arial" w:hAnsi="Arial" w:cs="Arial"/>
        </w:rPr>
        <w:t>dibuat</w:t>
      </w:r>
      <w:proofErr w:type="spellEnd"/>
      <w:r w:rsidRPr="004175AC">
        <w:rPr>
          <w:rFonts w:ascii="Arial" w:hAnsi="Arial" w:cs="Arial"/>
        </w:rPr>
        <w:t xml:space="preserve"> </w:t>
      </w:r>
      <w:proofErr w:type="spellStart"/>
      <w:r w:rsidRPr="004175AC">
        <w:rPr>
          <w:rFonts w:ascii="Arial" w:hAnsi="Arial" w:cs="Arial"/>
        </w:rPr>
        <w:t>dengan</w:t>
      </w:r>
      <w:proofErr w:type="spellEnd"/>
      <w:r w:rsidRPr="004175AC">
        <w:rPr>
          <w:rFonts w:ascii="Arial" w:hAnsi="Arial" w:cs="Arial"/>
        </w:rPr>
        <w:t xml:space="preserve"> </w:t>
      </w:r>
      <w:proofErr w:type="spellStart"/>
      <w:r w:rsidRPr="004175AC">
        <w:rPr>
          <w:rFonts w:ascii="Arial" w:hAnsi="Arial" w:cs="Arial"/>
        </w:rPr>
        <w:t>sebenar-benarnya</w:t>
      </w:r>
      <w:proofErr w:type="spellEnd"/>
      <w:r w:rsidRPr="004175AC">
        <w:rPr>
          <w:rFonts w:ascii="Arial" w:hAnsi="Arial" w:cs="Arial"/>
        </w:rPr>
        <w:t xml:space="preserve"> </w:t>
      </w:r>
      <w:proofErr w:type="spellStart"/>
      <w:r w:rsidRPr="004175AC">
        <w:rPr>
          <w:rFonts w:ascii="Arial" w:hAnsi="Arial" w:cs="Arial"/>
        </w:rPr>
        <w:t>untuk</w:t>
      </w:r>
      <w:proofErr w:type="spellEnd"/>
      <w:r w:rsidRPr="004175AC">
        <w:rPr>
          <w:rFonts w:ascii="Arial" w:hAnsi="Arial" w:cs="Arial"/>
        </w:rPr>
        <w:t xml:space="preserve"> </w:t>
      </w:r>
      <w:proofErr w:type="spellStart"/>
      <w:r w:rsidRPr="004175AC">
        <w:rPr>
          <w:rFonts w:ascii="Arial" w:hAnsi="Arial" w:cs="Arial"/>
        </w:rPr>
        <w:t>dapat</w:t>
      </w:r>
      <w:proofErr w:type="spellEnd"/>
      <w:r w:rsidRPr="004175AC">
        <w:rPr>
          <w:rFonts w:ascii="Arial" w:hAnsi="Arial" w:cs="Arial"/>
        </w:rPr>
        <w:t xml:space="preserve"> </w:t>
      </w:r>
      <w:proofErr w:type="spellStart"/>
      <w:r w:rsidRPr="004175AC">
        <w:rPr>
          <w:rFonts w:ascii="Arial" w:hAnsi="Arial" w:cs="Arial"/>
        </w:rPr>
        <w:t>dipergunakan</w:t>
      </w:r>
      <w:proofErr w:type="spellEnd"/>
      <w:r w:rsidRPr="004175AC">
        <w:rPr>
          <w:rFonts w:ascii="Arial" w:hAnsi="Arial" w:cs="Arial"/>
        </w:rPr>
        <w:t xml:space="preserve"> </w:t>
      </w:r>
      <w:proofErr w:type="spellStart"/>
      <w:r w:rsidRPr="004175AC">
        <w:rPr>
          <w:rFonts w:ascii="Arial" w:hAnsi="Arial" w:cs="Arial"/>
        </w:rPr>
        <w:t>sebagaimana</w:t>
      </w:r>
      <w:proofErr w:type="spellEnd"/>
      <w:r w:rsidRPr="004175AC">
        <w:rPr>
          <w:rFonts w:ascii="Arial" w:hAnsi="Arial" w:cs="Arial"/>
        </w:rPr>
        <w:t xml:space="preserve"> </w:t>
      </w:r>
      <w:proofErr w:type="spellStart"/>
      <w:r w:rsidRPr="004175AC">
        <w:rPr>
          <w:rFonts w:ascii="Arial" w:hAnsi="Arial" w:cs="Arial"/>
        </w:rPr>
        <w:t>mestinya</w:t>
      </w:r>
      <w:proofErr w:type="spellEnd"/>
      <w:r w:rsidRPr="004175AC">
        <w:rPr>
          <w:rFonts w:ascii="Arial" w:hAnsi="Arial" w:cs="Arial"/>
        </w:rPr>
        <w:t>.</w:t>
      </w:r>
    </w:p>
    <w:p w14:paraId="04EEBD8A" w14:textId="77777777" w:rsidR="009A1EEE" w:rsidRDefault="009A1EEE" w:rsidP="009A1EEE">
      <w:pPr>
        <w:pStyle w:val="Compact"/>
        <w:spacing w:before="0" w:after="0" w:line="360" w:lineRule="auto"/>
        <w:jc w:val="both"/>
        <w:rPr>
          <w:rFonts w:ascii="Arial" w:hAnsi="Arial" w:cs="Arial"/>
        </w:rPr>
      </w:pPr>
    </w:p>
    <w:p w14:paraId="55E9FE78" w14:textId="77777777" w:rsidR="009A1EEE" w:rsidRPr="004175AC" w:rsidRDefault="009A1EEE" w:rsidP="009A1EEE">
      <w:pPr>
        <w:pStyle w:val="Compact"/>
        <w:spacing w:before="0" w:after="0" w:line="276" w:lineRule="auto"/>
        <w:ind w:left="3600" w:firstLine="720"/>
        <w:jc w:val="both"/>
        <w:rPr>
          <w:rFonts w:ascii="Arial" w:hAnsi="Arial" w:cs="Arial"/>
        </w:rPr>
      </w:pPr>
      <w:proofErr w:type="spellStart"/>
      <w:r w:rsidRPr="004175AC">
        <w:rPr>
          <w:rFonts w:ascii="Arial" w:hAnsi="Arial" w:cs="Arial"/>
        </w:rPr>
        <w:t>Ngawi</w:t>
      </w:r>
      <w:proofErr w:type="spellEnd"/>
      <w:r w:rsidRPr="004175AC">
        <w:rPr>
          <w:rFonts w:ascii="Arial" w:hAnsi="Arial" w:cs="Arial"/>
        </w:rPr>
        <w:t>, ................................ 2026</w:t>
      </w:r>
    </w:p>
    <w:p w14:paraId="0CD4294C" w14:textId="77777777" w:rsidR="009A1EEE" w:rsidRDefault="009A1EEE" w:rsidP="009A1EEE">
      <w:pPr>
        <w:pStyle w:val="Compact"/>
        <w:spacing w:before="0" w:after="0" w:line="276" w:lineRule="auto"/>
        <w:ind w:left="3600" w:firstLine="720"/>
        <w:rPr>
          <w:rFonts w:ascii="Arial" w:hAnsi="Arial" w:cs="Arial"/>
          <w:b/>
          <w:bCs/>
        </w:rPr>
      </w:pPr>
      <w:r w:rsidRPr="004175AC">
        <w:rPr>
          <w:rFonts w:ascii="Arial" w:hAnsi="Arial" w:cs="Arial"/>
          <w:b/>
          <w:bCs/>
        </w:rPr>
        <w:t>PIMPINA</w:t>
      </w:r>
      <w:r>
        <w:rPr>
          <w:rFonts w:ascii="Arial" w:hAnsi="Arial" w:cs="Arial"/>
          <w:b/>
          <w:bCs/>
        </w:rPr>
        <w:t>N RSUD/PUSKESMAS/LABKESMAS</w:t>
      </w:r>
    </w:p>
    <w:p w14:paraId="42410B12" w14:textId="77777777" w:rsidR="009A1EEE" w:rsidRDefault="009A1EEE" w:rsidP="009A1EEE">
      <w:pPr>
        <w:pStyle w:val="Compact"/>
        <w:spacing w:before="0" w:after="0" w:line="276" w:lineRule="auto"/>
        <w:ind w:left="3600" w:firstLine="720"/>
        <w:rPr>
          <w:rFonts w:ascii="Arial" w:hAnsi="Arial" w:cs="Arial"/>
          <w:b/>
          <w:bCs/>
        </w:rPr>
      </w:pPr>
    </w:p>
    <w:p w14:paraId="54528FCC" w14:textId="77777777" w:rsidR="009A1EEE" w:rsidRPr="004175AC" w:rsidRDefault="009A1EEE" w:rsidP="009A1EEE">
      <w:pPr>
        <w:pStyle w:val="Compact"/>
        <w:spacing w:before="0" w:after="0" w:line="276" w:lineRule="auto"/>
        <w:ind w:left="3600" w:firstLine="720"/>
        <w:rPr>
          <w:rFonts w:ascii="Arial" w:hAnsi="Arial" w:cs="Arial"/>
        </w:rPr>
      </w:pPr>
    </w:p>
    <w:p w14:paraId="7E637247" w14:textId="77777777" w:rsidR="009A1EEE" w:rsidRDefault="009A1EEE" w:rsidP="009A1EEE">
      <w:pPr>
        <w:pStyle w:val="Compact"/>
        <w:spacing w:before="0" w:after="0" w:line="276" w:lineRule="auto"/>
        <w:ind w:left="4320" w:firstLine="720"/>
        <w:jc w:val="both"/>
        <w:rPr>
          <w:rFonts w:ascii="Arial" w:hAnsi="Arial" w:cs="Arial"/>
        </w:rPr>
      </w:pPr>
      <w:r w:rsidRPr="004175AC">
        <w:rPr>
          <w:rFonts w:ascii="Arial" w:hAnsi="Arial" w:cs="Arial"/>
        </w:rPr>
        <w:t>(</w:t>
      </w:r>
      <w:proofErr w:type="spellStart"/>
      <w:r w:rsidRPr="004175AC">
        <w:rPr>
          <w:rFonts w:ascii="Arial" w:hAnsi="Arial" w:cs="Arial"/>
        </w:rPr>
        <w:t>tanda</w:t>
      </w:r>
      <w:proofErr w:type="spellEnd"/>
      <w:r w:rsidRPr="004175AC">
        <w:rPr>
          <w:rFonts w:ascii="Arial" w:hAnsi="Arial" w:cs="Arial"/>
        </w:rPr>
        <w:t xml:space="preserve"> </w:t>
      </w:r>
      <w:proofErr w:type="spellStart"/>
      <w:r w:rsidRPr="004175AC">
        <w:rPr>
          <w:rFonts w:ascii="Arial" w:hAnsi="Arial" w:cs="Arial"/>
        </w:rPr>
        <w:t>tangan</w:t>
      </w:r>
      <w:proofErr w:type="spellEnd"/>
      <w:r w:rsidRPr="004175AC">
        <w:rPr>
          <w:rFonts w:ascii="Arial" w:hAnsi="Arial" w:cs="Arial"/>
        </w:rPr>
        <w:t xml:space="preserve"> dan </w:t>
      </w:r>
      <w:proofErr w:type="spellStart"/>
      <w:r w:rsidRPr="004175AC">
        <w:rPr>
          <w:rFonts w:ascii="Arial" w:hAnsi="Arial" w:cs="Arial"/>
        </w:rPr>
        <w:t>stempel</w:t>
      </w:r>
      <w:proofErr w:type="spellEnd"/>
      <w:r w:rsidRPr="004175AC">
        <w:rPr>
          <w:rFonts w:ascii="Arial" w:hAnsi="Arial" w:cs="Arial"/>
        </w:rPr>
        <w:t>)</w:t>
      </w:r>
    </w:p>
    <w:p w14:paraId="48240095" w14:textId="77777777" w:rsidR="009A1EEE" w:rsidRDefault="009A1EEE" w:rsidP="009A1EEE">
      <w:pPr>
        <w:pStyle w:val="Compact"/>
        <w:spacing w:before="0" w:after="0" w:line="276" w:lineRule="auto"/>
        <w:ind w:left="4320" w:firstLine="720"/>
        <w:jc w:val="both"/>
        <w:rPr>
          <w:rFonts w:ascii="Arial" w:hAnsi="Arial" w:cs="Arial"/>
        </w:rPr>
      </w:pPr>
    </w:p>
    <w:p w14:paraId="28373876" w14:textId="77777777" w:rsidR="009A1EEE" w:rsidRPr="004175AC" w:rsidRDefault="009A1EEE" w:rsidP="009A1EEE">
      <w:pPr>
        <w:pStyle w:val="Compact"/>
        <w:spacing w:before="0" w:after="0" w:line="276" w:lineRule="auto"/>
        <w:ind w:left="4320" w:firstLine="720"/>
        <w:jc w:val="both"/>
        <w:rPr>
          <w:rFonts w:ascii="Arial" w:hAnsi="Arial" w:cs="Arial"/>
        </w:rPr>
      </w:pPr>
    </w:p>
    <w:p w14:paraId="697DC2A8" w14:textId="77777777" w:rsidR="009A1EEE" w:rsidRDefault="009A1EEE" w:rsidP="009A1EEE">
      <w:pPr>
        <w:pStyle w:val="Compact"/>
        <w:spacing w:before="0" w:after="0" w:line="276" w:lineRule="auto"/>
        <w:ind w:left="4320"/>
        <w:rPr>
          <w:rFonts w:ascii="Arial" w:hAnsi="Arial" w:cs="Arial"/>
        </w:rPr>
      </w:pPr>
      <w:r w:rsidRPr="00DC58A6">
        <w:rPr>
          <w:rFonts w:ascii="Arial" w:hAnsi="Arial" w:cs="Arial"/>
          <w:b/>
          <w:bCs/>
          <w:u w:val="single"/>
        </w:rPr>
        <w:t xml:space="preserve">(Nama </w:t>
      </w:r>
      <w:proofErr w:type="spellStart"/>
      <w:r w:rsidRPr="00DC58A6">
        <w:rPr>
          <w:rFonts w:ascii="Arial" w:hAnsi="Arial" w:cs="Arial"/>
          <w:b/>
          <w:bCs/>
          <w:u w:val="single"/>
        </w:rPr>
        <w:t>Lengkap</w:t>
      </w:r>
      <w:proofErr w:type="spellEnd"/>
      <w:r w:rsidRPr="00DC58A6">
        <w:rPr>
          <w:rFonts w:ascii="Arial" w:hAnsi="Arial" w:cs="Arial"/>
          <w:b/>
          <w:bCs/>
          <w:u w:val="single"/>
        </w:rPr>
        <w:t xml:space="preserve"> dan Gelar)</w:t>
      </w:r>
      <w:r w:rsidRPr="004175AC">
        <w:rPr>
          <w:rFonts w:ascii="Arial" w:hAnsi="Arial" w:cs="Arial"/>
        </w:rPr>
        <w:br/>
        <w:t>NIP. .....................................</w:t>
      </w:r>
    </w:p>
    <w:p w14:paraId="18A1A54A" w14:textId="77777777" w:rsidR="009A1EEE" w:rsidRPr="004175AC" w:rsidRDefault="009A1EEE" w:rsidP="009A1EEE">
      <w:pPr>
        <w:pStyle w:val="Compact"/>
        <w:spacing w:before="0" w:after="0" w:line="276" w:lineRule="auto"/>
        <w:ind w:left="3600" w:firstLine="720"/>
        <w:rPr>
          <w:rFonts w:ascii="Arial" w:hAnsi="Arial" w:cs="Arial"/>
        </w:rPr>
      </w:pPr>
      <w:proofErr w:type="spellStart"/>
      <w:r>
        <w:rPr>
          <w:rFonts w:ascii="Arial" w:hAnsi="Arial" w:cs="Arial"/>
          <w:b/>
          <w:bCs/>
        </w:rPr>
        <w:t>Jabatan</w:t>
      </w:r>
      <w:proofErr w:type="spellEnd"/>
    </w:p>
    <w:p w14:paraId="0C4EBDD6" w14:textId="77777777" w:rsidR="009A1EEE" w:rsidRPr="004175AC" w:rsidRDefault="009A1EEE" w:rsidP="009A1EEE">
      <w:pPr>
        <w:pStyle w:val="Compact"/>
        <w:spacing w:before="0" w:after="0" w:line="360" w:lineRule="auto"/>
        <w:jc w:val="both"/>
        <w:rPr>
          <w:rFonts w:ascii="Arial" w:hAnsi="Arial" w:cs="Arial"/>
        </w:rPr>
      </w:pPr>
    </w:p>
    <w:p w14:paraId="7C6B8570" w14:textId="77777777" w:rsidR="00D65086" w:rsidRPr="00DB22E1" w:rsidRDefault="00D65086" w:rsidP="00DB22E1">
      <w:pPr>
        <w:ind w:left="1440"/>
        <w:jc w:val="center"/>
        <w:rPr>
          <w:rFonts w:cs="Arial"/>
          <w:color w:val="000000" w:themeColor="text1"/>
        </w:rPr>
      </w:pPr>
    </w:p>
    <w:sectPr w:rsidR="00D65086" w:rsidRPr="00DB22E1" w:rsidSect="006B4936">
      <w:headerReference w:type="default" r:id="rId8"/>
      <w:footerReference w:type="default" r:id="rId9"/>
      <w:pgSz w:w="12240" w:h="20160" w:code="5"/>
      <w:pgMar w:top="142" w:right="1417" w:bottom="1418" w:left="1701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30A8E47" w14:textId="77777777" w:rsidR="003C2FA6" w:rsidRDefault="003C2FA6">
      <w:pPr>
        <w:spacing w:after="0" w:line="240" w:lineRule="auto"/>
      </w:pPr>
      <w:r>
        <w:separator/>
      </w:r>
    </w:p>
  </w:endnote>
  <w:endnote w:type="continuationSeparator" w:id="0">
    <w:p w14:paraId="510A2C20" w14:textId="77777777" w:rsidR="003C2FA6" w:rsidRDefault="003C2FA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Arial MT">
    <w:altName w:val="Arial"/>
    <w:charset w:val="01"/>
    <w:family w:val="swiss"/>
    <w:pitch w:val="variable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0B7411" w14:textId="77777777" w:rsidR="00D65086" w:rsidRDefault="00D65086">
    <w:pPr>
      <w:pStyle w:val="Footer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DE5AAF4" w14:textId="77777777" w:rsidR="003C2FA6" w:rsidRDefault="003C2FA6">
      <w:pPr>
        <w:spacing w:after="0" w:line="240" w:lineRule="auto"/>
      </w:pPr>
      <w:r>
        <w:separator/>
      </w:r>
    </w:p>
  </w:footnote>
  <w:footnote w:type="continuationSeparator" w:id="0">
    <w:p w14:paraId="2BE3278D" w14:textId="77777777" w:rsidR="003C2FA6" w:rsidRDefault="003C2FA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479BAC" w14:textId="77777777" w:rsidR="00D65086" w:rsidRDefault="00D65086">
    <w:pPr>
      <w:pStyle w:val="Header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D0826F2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C7BC271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03E64023"/>
    <w:multiLevelType w:val="hybridMultilevel"/>
    <w:tmpl w:val="9560F156"/>
    <w:lvl w:ilvl="0" w:tplc="A19EC730">
      <w:start w:val="1"/>
      <w:numFmt w:val="decimal"/>
      <w:lvlText w:val="%1."/>
      <w:lvlJc w:val="left"/>
      <w:pPr>
        <w:ind w:left="2421" w:hanging="360"/>
      </w:pPr>
    </w:lvl>
    <w:lvl w:ilvl="1" w:tplc="04210019">
      <w:start w:val="1"/>
      <w:numFmt w:val="lowerLetter"/>
      <w:lvlText w:val="%2."/>
      <w:lvlJc w:val="left"/>
      <w:pPr>
        <w:ind w:left="1440" w:hanging="360"/>
      </w:pPr>
    </w:lvl>
    <w:lvl w:ilvl="2" w:tplc="8B6C417E">
      <w:start w:val="1"/>
      <w:numFmt w:val="decimal"/>
      <w:lvlText w:val="%3."/>
      <w:lvlJc w:val="left"/>
      <w:pPr>
        <w:ind w:left="2160" w:hanging="180"/>
      </w:pPr>
      <w:rPr>
        <w:rFonts w:hint="default"/>
      </w:rPr>
    </w:lvl>
    <w:lvl w:ilvl="3" w:tplc="A90237A2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 w:tplc="04210019">
      <w:start w:val="1"/>
      <w:numFmt w:val="lowerLetter"/>
      <w:lvlText w:val="%5."/>
      <w:lvlJc w:val="left"/>
      <w:pPr>
        <w:ind w:left="3600" w:hanging="360"/>
      </w:pPr>
    </w:lvl>
    <w:lvl w:ilvl="5" w:tplc="0421001B">
      <w:start w:val="1"/>
      <w:numFmt w:val="lowerRoman"/>
      <w:lvlText w:val="%6."/>
      <w:lvlJc w:val="right"/>
      <w:pPr>
        <w:ind w:left="4320" w:hanging="180"/>
      </w:pPr>
    </w:lvl>
    <w:lvl w:ilvl="6" w:tplc="0421000F">
      <w:start w:val="1"/>
      <w:numFmt w:val="decimal"/>
      <w:lvlText w:val="%7."/>
      <w:lvlJc w:val="left"/>
      <w:pPr>
        <w:ind w:left="5040" w:hanging="360"/>
      </w:pPr>
    </w:lvl>
    <w:lvl w:ilvl="7" w:tplc="04210019">
      <w:start w:val="1"/>
      <w:numFmt w:val="lowerLetter"/>
      <w:lvlText w:val="%8."/>
      <w:lvlJc w:val="left"/>
      <w:pPr>
        <w:ind w:left="5760" w:hanging="360"/>
      </w:pPr>
    </w:lvl>
    <w:lvl w:ilvl="8" w:tplc="0421001B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0C9B5970"/>
    <w:multiLevelType w:val="hybridMultilevel"/>
    <w:tmpl w:val="050E4B40"/>
    <w:lvl w:ilvl="0" w:tplc="09E8618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17A7210E"/>
    <w:multiLevelType w:val="hybridMultilevel"/>
    <w:tmpl w:val="7F208E9E"/>
    <w:lvl w:ilvl="0" w:tplc="7A269E86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5F97AF2"/>
    <w:multiLevelType w:val="hybridMultilevel"/>
    <w:tmpl w:val="EB06D5D8"/>
    <w:lvl w:ilvl="0" w:tplc="4F84067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210019">
      <w:start w:val="1"/>
      <w:numFmt w:val="lowerLetter"/>
      <w:lvlText w:val="%2."/>
      <w:lvlJc w:val="left"/>
      <w:pPr>
        <w:ind w:left="1789" w:hanging="360"/>
      </w:pPr>
    </w:lvl>
    <w:lvl w:ilvl="2" w:tplc="0421001B" w:tentative="1">
      <w:start w:val="1"/>
      <w:numFmt w:val="lowerRoman"/>
      <w:lvlText w:val="%3."/>
      <w:lvlJc w:val="right"/>
      <w:pPr>
        <w:ind w:left="2509" w:hanging="180"/>
      </w:pPr>
    </w:lvl>
    <w:lvl w:ilvl="3" w:tplc="0421000F" w:tentative="1">
      <w:start w:val="1"/>
      <w:numFmt w:val="decimal"/>
      <w:lvlText w:val="%4."/>
      <w:lvlJc w:val="left"/>
      <w:pPr>
        <w:ind w:left="3229" w:hanging="360"/>
      </w:pPr>
    </w:lvl>
    <w:lvl w:ilvl="4" w:tplc="04210019" w:tentative="1">
      <w:start w:val="1"/>
      <w:numFmt w:val="lowerLetter"/>
      <w:lvlText w:val="%5."/>
      <w:lvlJc w:val="left"/>
      <w:pPr>
        <w:ind w:left="3949" w:hanging="360"/>
      </w:pPr>
    </w:lvl>
    <w:lvl w:ilvl="5" w:tplc="0421001B" w:tentative="1">
      <w:start w:val="1"/>
      <w:numFmt w:val="lowerRoman"/>
      <w:lvlText w:val="%6."/>
      <w:lvlJc w:val="right"/>
      <w:pPr>
        <w:ind w:left="4669" w:hanging="180"/>
      </w:pPr>
    </w:lvl>
    <w:lvl w:ilvl="6" w:tplc="0421000F" w:tentative="1">
      <w:start w:val="1"/>
      <w:numFmt w:val="decimal"/>
      <w:lvlText w:val="%7."/>
      <w:lvlJc w:val="left"/>
      <w:pPr>
        <w:ind w:left="5389" w:hanging="360"/>
      </w:pPr>
    </w:lvl>
    <w:lvl w:ilvl="7" w:tplc="04210019" w:tentative="1">
      <w:start w:val="1"/>
      <w:numFmt w:val="lowerLetter"/>
      <w:lvlText w:val="%8."/>
      <w:lvlJc w:val="left"/>
      <w:pPr>
        <w:ind w:left="6109" w:hanging="360"/>
      </w:pPr>
    </w:lvl>
    <w:lvl w:ilvl="8" w:tplc="0421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3" w15:restartNumberingAfterBreak="0">
    <w:nsid w:val="26F66CD1"/>
    <w:multiLevelType w:val="hybridMultilevel"/>
    <w:tmpl w:val="CA12B440"/>
    <w:lvl w:ilvl="0" w:tplc="9C144DB8">
      <w:start w:val="13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30B7D5A"/>
    <w:multiLevelType w:val="hybridMultilevel"/>
    <w:tmpl w:val="4DD68654"/>
    <w:lvl w:ilvl="0" w:tplc="B8DEC5A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5AE07A3"/>
    <w:multiLevelType w:val="hybridMultilevel"/>
    <w:tmpl w:val="6B365B4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69A4C6E"/>
    <w:multiLevelType w:val="hybridMultilevel"/>
    <w:tmpl w:val="3E384C1E"/>
    <w:lvl w:ilvl="0" w:tplc="63D6A340">
      <w:start w:val="6"/>
      <w:numFmt w:val="decimal"/>
      <w:lvlText w:val="%1"/>
      <w:lvlJc w:val="left"/>
      <w:pPr>
        <w:ind w:left="720" w:hanging="360"/>
      </w:pPr>
      <w:rPr>
        <w:rFonts w:hint="default"/>
        <w:color w:val="000000" w:themeColor="text1"/>
      </w:r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E781C34"/>
    <w:multiLevelType w:val="hybridMultilevel"/>
    <w:tmpl w:val="5F2CAEC8"/>
    <w:lvl w:ilvl="0" w:tplc="38090001">
      <w:start w:val="1"/>
      <w:numFmt w:val="bullet"/>
      <w:lvlText w:val=""/>
      <w:lvlJc w:val="left"/>
      <w:pPr>
        <w:ind w:left="477" w:hanging="360"/>
      </w:pPr>
      <w:rPr>
        <w:rFonts w:ascii="Symbol" w:hAnsi="Symbol" w:hint="default"/>
      </w:rPr>
    </w:lvl>
    <w:lvl w:ilvl="1" w:tplc="38090003">
      <w:start w:val="1"/>
      <w:numFmt w:val="bullet"/>
      <w:lvlText w:val="o"/>
      <w:lvlJc w:val="left"/>
      <w:pPr>
        <w:ind w:left="1197" w:hanging="360"/>
      </w:pPr>
      <w:rPr>
        <w:rFonts w:ascii="Courier New" w:hAnsi="Courier New" w:cs="Courier New" w:hint="default"/>
      </w:rPr>
    </w:lvl>
    <w:lvl w:ilvl="2" w:tplc="38090005">
      <w:start w:val="1"/>
      <w:numFmt w:val="bullet"/>
      <w:lvlText w:val=""/>
      <w:lvlJc w:val="left"/>
      <w:pPr>
        <w:ind w:left="1917" w:hanging="360"/>
      </w:pPr>
      <w:rPr>
        <w:rFonts w:ascii="Wingdings" w:hAnsi="Wingdings" w:hint="default"/>
      </w:rPr>
    </w:lvl>
    <w:lvl w:ilvl="3" w:tplc="38090001">
      <w:start w:val="1"/>
      <w:numFmt w:val="bullet"/>
      <w:lvlText w:val=""/>
      <w:lvlJc w:val="left"/>
      <w:pPr>
        <w:ind w:left="2637" w:hanging="360"/>
      </w:pPr>
      <w:rPr>
        <w:rFonts w:ascii="Symbol" w:hAnsi="Symbol" w:hint="default"/>
      </w:rPr>
    </w:lvl>
    <w:lvl w:ilvl="4" w:tplc="38090003">
      <w:start w:val="1"/>
      <w:numFmt w:val="bullet"/>
      <w:lvlText w:val="o"/>
      <w:lvlJc w:val="left"/>
      <w:pPr>
        <w:ind w:left="3357" w:hanging="360"/>
      </w:pPr>
      <w:rPr>
        <w:rFonts w:ascii="Courier New" w:hAnsi="Courier New" w:cs="Courier New" w:hint="default"/>
      </w:rPr>
    </w:lvl>
    <w:lvl w:ilvl="5" w:tplc="38090005">
      <w:start w:val="1"/>
      <w:numFmt w:val="bullet"/>
      <w:lvlText w:val=""/>
      <w:lvlJc w:val="left"/>
      <w:pPr>
        <w:ind w:left="4077" w:hanging="360"/>
      </w:pPr>
      <w:rPr>
        <w:rFonts w:ascii="Wingdings" w:hAnsi="Wingdings" w:hint="default"/>
      </w:rPr>
    </w:lvl>
    <w:lvl w:ilvl="6" w:tplc="38090001">
      <w:start w:val="1"/>
      <w:numFmt w:val="bullet"/>
      <w:lvlText w:val=""/>
      <w:lvlJc w:val="left"/>
      <w:pPr>
        <w:ind w:left="4797" w:hanging="360"/>
      </w:pPr>
      <w:rPr>
        <w:rFonts w:ascii="Symbol" w:hAnsi="Symbol" w:hint="default"/>
      </w:rPr>
    </w:lvl>
    <w:lvl w:ilvl="7" w:tplc="38090003">
      <w:start w:val="1"/>
      <w:numFmt w:val="bullet"/>
      <w:lvlText w:val="o"/>
      <w:lvlJc w:val="left"/>
      <w:pPr>
        <w:ind w:left="5517" w:hanging="360"/>
      </w:pPr>
      <w:rPr>
        <w:rFonts w:ascii="Courier New" w:hAnsi="Courier New" w:cs="Courier New" w:hint="default"/>
      </w:rPr>
    </w:lvl>
    <w:lvl w:ilvl="8" w:tplc="38090005">
      <w:start w:val="1"/>
      <w:numFmt w:val="bullet"/>
      <w:lvlText w:val=""/>
      <w:lvlJc w:val="left"/>
      <w:pPr>
        <w:ind w:left="6237" w:hanging="360"/>
      </w:pPr>
      <w:rPr>
        <w:rFonts w:ascii="Wingdings" w:hAnsi="Wingdings" w:hint="default"/>
      </w:rPr>
    </w:lvl>
  </w:abstractNum>
  <w:abstractNum w:abstractNumId="18" w15:restartNumberingAfterBreak="0">
    <w:nsid w:val="58B4494B"/>
    <w:multiLevelType w:val="hybridMultilevel"/>
    <w:tmpl w:val="F06889BC"/>
    <w:lvl w:ilvl="0" w:tplc="4DD8AD6E">
      <w:start w:val="1"/>
      <w:numFmt w:val="upperRoman"/>
      <w:lvlText w:val="%1.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9" w15:restartNumberingAfterBreak="0">
    <w:nsid w:val="59C40615"/>
    <w:multiLevelType w:val="hybridMultilevel"/>
    <w:tmpl w:val="1130D7CA"/>
    <w:lvl w:ilvl="0" w:tplc="0421000F">
      <w:start w:val="1"/>
      <w:numFmt w:val="decimal"/>
      <w:lvlText w:val="%1."/>
      <w:lvlJc w:val="left"/>
      <w:pPr>
        <w:ind w:left="720" w:hanging="360"/>
      </w:p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1952825"/>
    <w:multiLevelType w:val="hybridMultilevel"/>
    <w:tmpl w:val="BFD49C6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14331685">
    <w:abstractNumId w:val="8"/>
  </w:num>
  <w:num w:numId="2" w16cid:durableId="717097264">
    <w:abstractNumId w:val="6"/>
  </w:num>
  <w:num w:numId="3" w16cid:durableId="66342612">
    <w:abstractNumId w:val="5"/>
  </w:num>
  <w:num w:numId="4" w16cid:durableId="324210423">
    <w:abstractNumId w:val="4"/>
  </w:num>
  <w:num w:numId="5" w16cid:durableId="87390667">
    <w:abstractNumId w:val="7"/>
  </w:num>
  <w:num w:numId="6" w16cid:durableId="354888016">
    <w:abstractNumId w:val="3"/>
  </w:num>
  <w:num w:numId="7" w16cid:durableId="485167501">
    <w:abstractNumId w:val="2"/>
  </w:num>
  <w:num w:numId="8" w16cid:durableId="1504128009">
    <w:abstractNumId w:val="1"/>
  </w:num>
  <w:num w:numId="9" w16cid:durableId="1160927461">
    <w:abstractNumId w:val="0"/>
  </w:num>
  <w:num w:numId="10" w16cid:durableId="311955956">
    <w:abstractNumId w:val="7"/>
    <w:lvlOverride w:ilvl="0">
      <w:startOverride w:val="1"/>
    </w:lvlOverride>
  </w:num>
  <w:num w:numId="11" w16cid:durableId="1515656813">
    <w:abstractNumId w:val="17"/>
  </w:num>
  <w:num w:numId="12" w16cid:durableId="1424497268">
    <w:abstractNumId w:val="20"/>
  </w:num>
  <w:num w:numId="13" w16cid:durableId="1163738872">
    <w:abstractNumId w:val="15"/>
  </w:num>
  <w:num w:numId="14" w16cid:durableId="2014989626">
    <w:abstractNumId w:val="13"/>
  </w:num>
  <w:num w:numId="15" w16cid:durableId="427316079">
    <w:abstractNumId w:val="10"/>
  </w:num>
  <w:num w:numId="16" w16cid:durableId="2128574025">
    <w:abstractNumId w:val="7"/>
    <w:lvlOverride w:ilvl="0">
      <w:startOverride w:val="1"/>
    </w:lvlOverride>
  </w:num>
  <w:num w:numId="17" w16cid:durableId="179125543">
    <w:abstractNumId w:val="18"/>
  </w:num>
  <w:num w:numId="18" w16cid:durableId="513543523">
    <w:abstractNumId w:val="7"/>
    <w:lvlOverride w:ilvl="0">
      <w:startOverride w:val="1"/>
    </w:lvlOverride>
  </w:num>
  <w:num w:numId="19" w16cid:durableId="2044935944">
    <w:abstractNumId w:val="7"/>
    <w:lvlOverride w:ilvl="0">
      <w:startOverride w:val="1"/>
    </w:lvlOverride>
  </w:num>
  <w:num w:numId="20" w16cid:durableId="1486819123">
    <w:abstractNumId w:val="14"/>
  </w:num>
  <w:num w:numId="21" w16cid:durableId="2089960420">
    <w:abstractNumId w:val="11"/>
  </w:num>
  <w:num w:numId="22" w16cid:durableId="555167626">
    <w:abstractNumId w:val="7"/>
  </w:num>
  <w:num w:numId="23" w16cid:durableId="1771658145">
    <w:abstractNumId w:val="7"/>
  </w:num>
  <w:num w:numId="24" w16cid:durableId="1204752189">
    <w:abstractNumId w:val="9"/>
  </w:num>
  <w:num w:numId="25" w16cid:durableId="2022391052">
    <w:abstractNumId w:val="12"/>
  </w:num>
  <w:num w:numId="26" w16cid:durableId="965550309">
    <w:abstractNumId w:val="16"/>
  </w:num>
  <w:num w:numId="27" w16cid:durableId="1755317964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53E9D"/>
    <w:rsid w:val="0006063C"/>
    <w:rsid w:val="000731D8"/>
    <w:rsid w:val="000767C0"/>
    <w:rsid w:val="00084624"/>
    <w:rsid w:val="000B5EA9"/>
    <w:rsid w:val="0015074B"/>
    <w:rsid w:val="0016446B"/>
    <w:rsid w:val="002834C2"/>
    <w:rsid w:val="0029639D"/>
    <w:rsid w:val="002B368E"/>
    <w:rsid w:val="00307EB5"/>
    <w:rsid w:val="00325A01"/>
    <w:rsid w:val="00326F90"/>
    <w:rsid w:val="0035349E"/>
    <w:rsid w:val="00354444"/>
    <w:rsid w:val="00357067"/>
    <w:rsid w:val="00363FA4"/>
    <w:rsid w:val="003965A1"/>
    <w:rsid w:val="003C2FA6"/>
    <w:rsid w:val="003C6675"/>
    <w:rsid w:val="003E2C71"/>
    <w:rsid w:val="00426524"/>
    <w:rsid w:val="004E3449"/>
    <w:rsid w:val="00555BE3"/>
    <w:rsid w:val="005C0A25"/>
    <w:rsid w:val="005E5C82"/>
    <w:rsid w:val="005E7096"/>
    <w:rsid w:val="00642AA5"/>
    <w:rsid w:val="006867E3"/>
    <w:rsid w:val="006B4936"/>
    <w:rsid w:val="006C441A"/>
    <w:rsid w:val="007054ED"/>
    <w:rsid w:val="00714176"/>
    <w:rsid w:val="007F1FB7"/>
    <w:rsid w:val="00876CE8"/>
    <w:rsid w:val="00885E2D"/>
    <w:rsid w:val="00893641"/>
    <w:rsid w:val="008B4B8A"/>
    <w:rsid w:val="008C6C39"/>
    <w:rsid w:val="008D6556"/>
    <w:rsid w:val="0090657A"/>
    <w:rsid w:val="00906C77"/>
    <w:rsid w:val="00923C3D"/>
    <w:rsid w:val="00961710"/>
    <w:rsid w:val="009A1EEE"/>
    <w:rsid w:val="00A075D5"/>
    <w:rsid w:val="00AA1D8D"/>
    <w:rsid w:val="00AF6ABD"/>
    <w:rsid w:val="00B11529"/>
    <w:rsid w:val="00B20CCC"/>
    <w:rsid w:val="00B47730"/>
    <w:rsid w:val="00B54B09"/>
    <w:rsid w:val="00BC2851"/>
    <w:rsid w:val="00CB0664"/>
    <w:rsid w:val="00D312B7"/>
    <w:rsid w:val="00D65086"/>
    <w:rsid w:val="00DB22E1"/>
    <w:rsid w:val="00E45FEC"/>
    <w:rsid w:val="00ED2527"/>
    <w:rsid w:val="00EF7637"/>
    <w:rsid w:val="00F606C0"/>
    <w:rsid w:val="00F91CE5"/>
    <w:rsid w:val="00FA09BC"/>
    <w:rsid w:val="00FB75BD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FA2E3BA"/>
  <w14:defaultImageDpi w14:val="300"/>
  <w15:docId w15:val="{3BEDCC38-DD2B-435D-AA19-F602A43EED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spacing w:after="100"/>
    </w:pPr>
    <w:rPr>
      <w:rFonts w:ascii="Arial" w:hAnsi="Arial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6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b/>
      <w:color w:val="17365D" w:themeColor="text2" w:themeShade="BF"/>
      <w:spacing w:val="5"/>
      <w:kern w:val="28"/>
      <w:sz w:val="3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link w:val="ListParagraphChar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FirstParagraph">
    <w:name w:val="First Paragraph"/>
    <w:basedOn w:val="BodyText"/>
    <w:next w:val="BodyText"/>
    <w:qFormat/>
    <w:rsid w:val="00A075D5"/>
    <w:pPr>
      <w:spacing w:before="180" w:after="180" w:line="240" w:lineRule="auto"/>
    </w:pPr>
    <w:rPr>
      <w:rFonts w:asciiTheme="minorHAnsi" w:hAnsiTheme="minorHAnsi"/>
      <w:sz w:val="24"/>
      <w:szCs w:val="24"/>
      <w:lang w:eastAsia="zh-CN"/>
    </w:rPr>
  </w:style>
  <w:style w:type="paragraph" w:customStyle="1" w:styleId="TableParagraph">
    <w:name w:val="Table Paragraph"/>
    <w:basedOn w:val="Normal"/>
    <w:uiPriority w:val="1"/>
    <w:qFormat/>
    <w:rsid w:val="00885E2D"/>
    <w:pPr>
      <w:widowControl w:val="0"/>
      <w:autoSpaceDE w:val="0"/>
      <w:autoSpaceDN w:val="0"/>
      <w:spacing w:before="124" w:after="0" w:line="240" w:lineRule="auto"/>
      <w:ind w:left="107"/>
    </w:pPr>
    <w:rPr>
      <w:rFonts w:ascii="Arial MT" w:eastAsia="Arial MT" w:hAnsi="Arial MT" w:cs="Arial MT"/>
    </w:rPr>
  </w:style>
  <w:style w:type="character" w:customStyle="1" w:styleId="ListParagraphChar">
    <w:name w:val="List Paragraph Char"/>
    <w:link w:val="ListParagraph"/>
    <w:rsid w:val="000B5EA9"/>
    <w:rPr>
      <w:rFonts w:ascii="Arial" w:hAnsi="Arial"/>
    </w:rPr>
  </w:style>
  <w:style w:type="paragraph" w:customStyle="1" w:styleId="Compact">
    <w:name w:val="Compact"/>
    <w:basedOn w:val="BodyText"/>
    <w:qFormat/>
    <w:rsid w:val="009A1EEE"/>
    <w:pPr>
      <w:spacing w:before="36" w:after="36" w:line="240" w:lineRule="auto"/>
    </w:pPr>
    <w:rPr>
      <w:rFonts w:asciiTheme="minorHAnsi" w:hAnsiTheme="minorHAnsi"/>
      <w:sz w:val="24"/>
      <w:szCs w:val="24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30129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F21F6D31-D5F7-4A9F-B502-3CDFFE238B9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663</Words>
  <Characters>3784</Characters>
  <Application>Microsoft Office Word</Application>
  <DocSecurity>0</DocSecurity>
  <Lines>31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Template Pengadaan Tenaga Profesional Non-PNS BLUD UPTD Puskesmas</vt:lpstr>
    </vt:vector>
  </TitlesOfParts>
  <Manager/>
  <Company/>
  <LinksUpToDate>false</LinksUpToDate>
  <CharactersWithSpaces>4439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Template Pengadaan Tenaga Profesional Non-PNS BLUD UPTD Puskesmas</dc:title>
  <dc:subject/>
  <dc:creator>Template berbasis dokumen sumber pengguna</dc:creator>
  <cp:keywords/>
  <dc:description>generated by python-docx</dc:description>
  <cp:lastModifiedBy>ivon nita</cp:lastModifiedBy>
  <cp:revision>5</cp:revision>
  <cp:lastPrinted>2026-09-07T02:59:00Z</cp:lastPrinted>
  <dcterms:created xsi:type="dcterms:W3CDTF">2026-09-07T05:22:00Z</dcterms:created>
  <dcterms:modified xsi:type="dcterms:W3CDTF">2026-09-07T12:15:00Z</dcterms:modified>
  <cp:category/>
</cp:coreProperties>
</file>